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2F5" w:rsidRDefault="00C46DBA">
      <w:pPr>
        <w:jc w:val="center"/>
        <w:rPr>
          <w:rFonts w:hint="eastAsia"/>
        </w:rPr>
      </w:pPr>
      <w:r>
        <w:rPr>
          <w:rFonts w:ascii="Times New Roman" w:hAnsi="Times New Roman"/>
          <w:b/>
          <w:color w:val="17365D"/>
          <w:sz w:val="36"/>
        </w:rPr>
        <w:t>A JOURNAL OF ASSR HUMAN DEVELOPMENT</w:t>
      </w:r>
    </w:p>
    <w:p w:rsidR="003512F5" w:rsidRDefault="00C46DBA">
      <w:pPr>
        <w:jc w:val="center"/>
        <w:rPr>
          <w:rFonts w:hint="eastAsia"/>
        </w:rPr>
      </w:pPr>
      <w:r>
        <w:rPr>
          <w:rFonts w:cs="Arial Unicode MS"/>
          <w:b/>
          <w:bCs/>
          <w:sz w:val="26"/>
          <w:szCs w:val="26"/>
          <w:cs/>
          <w:lang w:bidi="hi-IN"/>
        </w:rPr>
        <w:t>मानविकी</w:t>
      </w:r>
      <w:r>
        <w:rPr>
          <w:b/>
          <w:sz w:val="26"/>
        </w:rPr>
        <w:t xml:space="preserve"> </w:t>
      </w:r>
      <w:r>
        <w:rPr>
          <w:rFonts w:cs="Arial Unicode MS"/>
          <w:b/>
          <w:bCs/>
          <w:sz w:val="26"/>
          <w:szCs w:val="26"/>
          <w:cs/>
          <w:lang w:bidi="hi-IN"/>
        </w:rPr>
        <w:t>एवं</w:t>
      </w:r>
      <w:r>
        <w:rPr>
          <w:b/>
          <w:sz w:val="26"/>
        </w:rPr>
        <w:t xml:space="preserve"> </w:t>
      </w:r>
      <w:r>
        <w:rPr>
          <w:rFonts w:cs="Arial Unicode MS"/>
          <w:b/>
          <w:bCs/>
          <w:sz w:val="26"/>
          <w:szCs w:val="26"/>
          <w:cs/>
          <w:lang w:bidi="hi-IN"/>
        </w:rPr>
        <w:t>सामाजिक</w:t>
      </w:r>
      <w:r>
        <w:rPr>
          <w:b/>
          <w:sz w:val="26"/>
        </w:rPr>
        <w:t xml:space="preserve"> </w:t>
      </w:r>
      <w:r>
        <w:rPr>
          <w:rFonts w:cs="Arial Unicode MS"/>
          <w:b/>
          <w:bCs/>
          <w:sz w:val="26"/>
          <w:szCs w:val="26"/>
          <w:cs/>
          <w:lang w:bidi="hi-IN"/>
        </w:rPr>
        <w:t>विज्ञान</w:t>
      </w:r>
      <w:r>
        <w:rPr>
          <w:b/>
          <w:sz w:val="26"/>
        </w:rPr>
        <w:t xml:space="preserve"> </w:t>
      </w:r>
      <w:r>
        <w:rPr>
          <w:rFonts w:cs="Arial Unicode MS"/>
          <w:b/>
          <w:bCs/>
          <w:sz w:val="26"/>
          <w:szCs w:val="26"/>
          <w:cs/>
          <w:lang w:bidi="hi-IN"/>
        </w:rPr>
        <w:t>का</w:t>
      </w:r>
      <w:r>
        <w:rPr>
          <w:b/>
          <w:sz w:val="26"/>
        </w:rPr>
        <w:t xml:space="preserve"> </w:t>
      </w:r>
      <w:r>
        <w:rPr>
          <w:rFonts w:cs="Arial Unicode MS"/>
          <w:b/>
          <w:bCs/>
          <w:sz w:val="26"/>
          <w:szCs w:val="26"/>
          <w:cs/>
          <w:lang w:bidi="hi-IN"/>
        </w:rPr>
        <w:t>शोध</w:t>
      </w:r>
      <w:r>
        <w:rPr>
          <w:b/>
          <w:sz w:val="26"/>
        </w:rPr>
        <w:t xml:space="preserve"> </w:t>
      </w:r>
      <w:r>
        <w:rPr>
          <w:rFonts w:cs="Arial Unicode MS"/>
          <w:b/>
          <w:bCs/>
          <w:sz w:val="26"/>
          <w:szCs w:val="26"/>
          <w:cs/>
          <w:lang w:bidi="hi-IN"/>
        </w:rPr>
        <w:t>जर्नल</w:t>
      </w:r>
    </w:p>
    <w:p w:rsidR="003512F5" w:rsidRDefault="00C46DBA">
      <w:pPr>
        <w:jc w:val="center"/>
        <w:rPr>
          <w:rFonts w:hint="eastAsia"/>
        </w:rPr>
      </w:pPr>
      <w:r>
        <w:rPr>
          <w:rFonts w:ascii="Times New Roman" w:hAnsi="Times New Roman"/>
          <w:i/>
          <w:sz w:val="20"/>
        </w:rPr>
        <w:t>Peer Reviewed | Open Access | Multidisciplinary International Journal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3512F5">
        <w:trPr>
          <w:jc w:val="center"/>
        </w:trPr>
        <w:tc>
          <w:tcPr>
            <w:tcW w:w="5040" w:type="dxa"/>
            <w:shd w:val="clear" w:color="auto" w:fill="17365D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जर्नल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वेबसाइट</w:t>
            </w:r>
          </w:p>
        </w:tc>
        <w:tc>
          <w:tcPr>
            <w:tcW w:w="504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https://a</w:t>
            </w:r>
            <w:r w:rsidR="007F1570">
              <w:rPr>
                <w:sz w:val="18"/>
              </w:rPr>
              <w:t>s</w:t>
            </w:r>
            <w:r>
              <w:rPr>
                <w:sz w:val="18"/>
              </w:rPr>
              <w:t>srj.in</w:t>
            </w:r>
          </w:p>
        </w:tc>
      </w:tr>
      <w:tr w:rsidR="003512F5">
        <w:trPr>
          <w:jc w:val="center"/>
        </w:trPr>
        <w:tc>
          <w:tcPr>
            <w:tcW w:w="5040" w:type="dxa"/>
            <w:shd w:val="clear" w:color="auto" w:fill="17365D"/>
            <w:vAlign w:val="center"/>
          </w:tcPr>
          <w:p w:rsidR="003512F5" w:rsidRPr="00B05C7A" w:rsidRDefault="00C46DBA">
            <w:pPr>
              <w:jc w:val="center"/>
              <w:rPr>
                <w:rFonts w:hint="eastAsia"/>
                <w:sz w:val="18"/>
              </w:rPr>
            </w:pPr>
            <w:r w:rsidRPr="00B05C7A">
              <w:rPr>
                <w:rFonts w:ascii="Nirmala UI" w:hAnsi="Nirmala UI" w:cs="Nirmala UI" w:hint="cs"/>
                <w:sz w:val="18"/>
                <w:cs/>
                <w:lang w:bidi="hi-IN"/>
              </w:rPr>
              <w:t>प्रकाशक</w:t>
            </w:r>
          </w:p>
        </w:tc>
        <w:tc>
          <w:tcPr>
            <w:tcW w:w="5040" w:type="dxa"/>
            <w:vAlign w:val="center"/>
          </w:tcPr>
          <w:p w:rsidR="003512F5" w:rsidRPr="00B05C7A" w:rsidRDefault="00B05C7A" w:rsidP="00B05C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eastAsia"/>
                <w:sz w:val="18"/>
              </w:rPr>
            </w:pPr>
            <w:r>
              <w:rPr>
                <w:sz w:val="18"/>
              </w:rPr>
              <w:t xml:space="preserve">                              ASSRA.H.R.D. Foundation</w:t>
            </w:r>
          </w:p>
        </w:tc>
      </w:tr>
      <w:tr w:rsidR="003512F5">
        <w:trPr>
          <w:jc w:val="center"/>
        </w:trPr>
        <w:tc>
          <w:tcPr>
            <w:tcW w:w="5040" w:type="dxa"/>
            <w:shd w:val="clear" w:color="auto" w:fill="17365D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मुख्य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संपादक</w:t>
            </w:r>
          </w:p>
        </w:tc>
        <w:tc>
          <w:tcPr>
            <w:tcW w:w="5040" w:type="dxa"/>
            <w:vAlign w:val="center"/>
          </w:tcPr>
          <w:p w:rsidR="003512F5" w:rsidRPr="007F1570" w:rsidRDefault="00C46DBA" w:rsidP="007F1570">
            <w:pPr>
              <w:jc w:val="center"/>
              <w:rPr>
                <w:rFonts w:cs="Arial Unicode MS" w:hint="eastAsia"/>
                <w:cs/>
                <w:lang w:bidi="hi-IN"/>
              </w:rPr>
            </w:pPr>
            <w:r>
              <w:rPr>
                <w:rFonts w:ascii="Nirmala UI" w:hAnsi="Nirmala UI" w:cs="Nirmala UI" w:hint="cs"/>
                <w:sz w:val="18"/>
                <w:szCs w:val="18"/>
                <w:cs/>
                <w:lang w:bidi="hi-IN"/>
              </w:rPr>
              <w:t>डॉ</w:t>
            </w:r>
            <w:r>
              <w:rPr>
                <w:sz w:val="18"/>
              </w:rPr>
              <w:t>.</w:t>
            </w:r>
            <w:r w:rsidR="007F1570">
              <w:rPr>
                <w:sz w:val="18"/>
              </w:rPr>
              <w:t xml:space="preserve"> </w:t>
            </w:r>
            <w:r w:rsidR="007F1570">
              <w:rPr>
                <w:rFonts w:cs="Arial Unicode MS" w:hint="cs"/>
                <w:sz w:val="18"/>
                <w:cs/>
                <w:lang w:bidi="hi-IN"/>
              </w:rPr>
              <w:t xml:space="preserve">अशुतोष विक्रम </w:t>
            </w:r>
          </w:p>
        </w:tc>
      </w:tr>
      <w:tr w:rsidR="003512F5">
        <w:trPr>
          <w:jc w:val="center"/>
        </w:trPr>
        <w:tc>
          <w:tcPr>
            <w:tcW w:w="5040" w:type="dxa"/>
            <w:shd w:val="clear" w:color="auto" w:fill="17365D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शोध</w:t>
            </w:r>
            <w:r>
              <w:rPr>
                <w:b/>
                <w:color w:val="FFFFFF"/>
                <w:sz w:val="18"/>
              </w:rPr>
              <w:t>-</w:t>
            </w: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पत्र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का</w:t>
            </w:r>
            <w:r>
              <w:rPr>
                <w:b/>
                <w:color w:val="FFFFFF"/>
                <w:sz w:val="18"/>
              </w:rPr>
              <w:t xml:space="preserve"> </w:t>
            </w: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प्रकार</w:t>
            </w:r>
          </w:p>
        </w:tc>
        <w:tc>
          <w:tcPr>
            <w:tcW w:w="504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rFonts w:cs="Arial Unicode MS"/>
                <w:sz w:val="18"/>
                <w:szCs w:val="18"/>
                <w:cs/>
                <w:lang w:bidi="hi-IN"/>
              </w:rPr>
              <w:t>शोध</w:t>
            </w:r>
            <w:r>
              <w:rPr>
                <w:sz w:val="18"/>
              </w:rPr>
              <w:t xml:space="preserve"> 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आलेख</w:t>
            </w:r>
            <w:r>
              <w:rPr>
                <w:sz w:val="18"/>
              </w:rPr>
              <w:t xml:space="preserve"> / 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समीक्षा</w:t>
            </w:r>
            <w:r>
              <w:rPr>
                <w:sz w:val="18"/>
              </w:rPr>
              <w:t xml:space="preserve"> 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आलेख</w:t>
            </w:r>
            <w:r>
              <w:rPr>
                <w:sz w:val="18"/>
              </w:rPr>
              <w:t xml:space="preserve"> / 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केस</w:t>
            </w:r>
            <w:r>
              <w:rPr>
                <w:sz w:val="18"/>
              </w:rPr>
              <w:t xml:space="preserve"> 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स्टडी</w:t>
            </w:r>
          </w:p>
        </w:tc>
      </w:tr>
    </w:tbl>
    <w:p w:rsidR="003512F5" w:rsidRDefault="00C46DBA">
      <w:pPr>
        <w:jc w:val="center"/>
        <w:rPr>
          <w:rFonts w:hint="eastAsia"/>
        </w:rPr>
      </w:pPr>
      <w:r>
        <w:rPr>
          <w:rFonts w:cs="Arial Unicode MS"/>
          <w:b/>
          <w:bCs/>
          <w:sz w:val="32"/>
          <w:szCs w:val="32"/>
          <w:cs/>
          <w:lang w:bidi="hi-IN"/>
        </w:rPr>
        <w:t>हिंदी</w:t>
      </w:r>
      <w:r>
        <w:rPr>
          <w:b/>
          <w:sz w:val="32"/>
        </w:rPr>
        <w:t xml:space="preserve"> </w:t>
      </w:r>
      <w:r>
        <w:rPr>
          <w:rFonts w:cs="Arial Unicode MS"/>
          <w:b/>
          <w:bCs/>
          <w:sz w:val="32"/>
          <w:szCs w:val="32"/>
          <w:cs/>
          <w:lang w:bidi="hi-IN"/>
        </w:rPr>
        <w:t>शोध</w:t>
      </w:r>
      <w:r>
        <w:rPr>
          <w:b/>
          <w:sz w:val="32"/>
        </w:rPr>
        <w:t>-</w:t>
      </w:r>
      <w:r>
        <w:rPr>
          <w:rFonts w:cs="Arial Unicode MS"/>
          <w:b/>
          <w:bCs/>
          <w:sz w:val="32"/>
          <w:szCs w:val="32"/>
          <w:cs/>
          <w:lang w:bidi="hi-IN"/>
        </w:rPr>
        <w:t>पत्र</w:t>
      </w:r>
      <w:r>
        <w:rPr>
          <w:b/>
          <w:sz w:val="32"/>
        </w:rPr>
        <w:t xml:space="preserve"> </w:t>
      </w:r>
      <w:r>
        <w:rPr>
          <w:rFonts w:cs="Arial Unicode MS"/>
          <w:b/>
          <w:bCs/>
          <w:sz w:val="32"/>
          <w:szCs w:val="32"/>
          <w:cs/>
          <w:lang w:bidi="hi-IN"/>
        </w:rPr>
        <w:t>प्रारूप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1. </w:t>
      </w:r>
      <w:r>
        <w:rPr>
          <w:rFonts w:cs="Arial Unicode MS"/>
          <w:b/>
          <w:bCs/>
          <w:sz w:val="24"/>
          <w:szCs w:val="24"/>
          <w:cs/>
          <w:lang w:bidi="hi-IN"/>
        </w:rPr>
        <w:t>शोध</w:t>
      </w:r>
      <w:r>
        <w:rPr>
          <w:b/>
          <w:sz w:val="24"/>
        </w:rPr>
        <w:t>-</w:t>
      </w:r>
      <w:r>
        <w:rPr>
          <w:rFonts w:cs="Arial Unicode MS"/>
          <w:b/>
          <w:bCs/>
          <w:sz w:val="24"/>
          <w:szCs w:val="24"/>
          <w:cs/>
          <w:lang w:bidi="hi-IN"/>
        </w:rPr>
        <w:t>पत्र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का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शीर्षक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विषय</w:t>
      </w:r>
      <w:r>
        <w:t xml:space="preserve"> </w:t>
      </w:r>
      <w:r>
        <w:rPr>
          <w:rFonts w:cs="Arial Unicode MS"/>
          <w:cs/>
          <w:lang w:bidi="hi-IN"/>
        </w:rPr>
        <w:t>को</w:t>
      </w:r>
      <w:r>
        <w:t xml:space="preserve"> </w:t>
      </w:r>
      <w:r>
        <w:rPr>
          <w:rFonts w:cs="Arial Unicode MS"/>
          <w:cs/>
          <w:lang w:bidi="hi-IN"/>
        </w:rPr>
        <w:t>स्पष्ट</w:t>
      </w:r>
      <w:r>
        <w:t xml:space="preserve"> </w:t>
      </w:r>
      <w:r>
        <w:rPr>
          <w:rFonts w:cs="Arial Unicode MS"/>
          <w:cs/>
          <w:lang w:bidi="hi-IN"/>
        </w:rPr>
        <w:t>रूप</w:t>
      </w:r>
      <w:r>
        <w:t xml:space="preserve"> </w:t>
      </w:r>
      <w:r>
        <w:rPr>
          <w:rFonts w:cs="Arial Unicode MS"/>
          <w:cs/>
          <w:lang w:bidi="hi-IN"/>
        </w:rPr>
        <w:t>से</w:t>
      </w:r>
      <w:r>
        <w:t xml:space="preserve"> </w:t>
      </w:r>
      <w:r>
        <w:rPr>
          <w:rFonts w:cs="Arial Unicode MS"/>
          <w:cs/>
          <w:lang w:bidi="hi-IN"/>
        </w:rPr>
        <w:t>दर्शाने</w:t>
      </w:r>
      <w:r>
        <w:t xml:space="preserve"> </w:t>
      </w:r>
      <w:r>
        <w:rPr>
          <w:rFonts w:cs="Arial Unicode MS"/>
          <w:cs/>
          <w:lang w:bidi="hi-IN"/>
        </w:rPr>
        <w:t>वाला</w:t>
      </w:r>
      <w:r>
        <w:t xml:space="preserve"> </w:t>
      </w:r>
      <w:r>
        <w:rPr>
          <w:rFonts w:cs="Arial Unicode MS"/>
          <w:cs/>
          <w:lang w:bidi="hi-IN"/>
        </w:rPr>
        <w:t>संक्षिप्त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प्रभावी</w:t>
      </w:r>
      <w:r>
        <w:t xml:space="preserve"> </w:t>
      </w:r>
      <w:r>
        <w:rPr>
          <w:rFonts w:cs="Arial Unicode MS"/>
          <w:cs/>
          <w:lang w:bidi="hi-IN"/>
        </w:rPr>
        <w:t>शीर्षक</w:t>
      </w:r>
      <w:r>
        <w:t xml:space="preserve"> </w:t>
      </w:r>
      <w:r>
        <w:rPr>
          <w:rFonts w:cs="Arial Unicode MS"/>
          <w:cs/>
          <w:lang w:bidi="hi-IN"/>
        </w:rPr>
        <w:t>लिखें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2. </w:t>
      </w:r>
      <w:r>
        <w:rPr>
          <w:rFonts w:cs="Arial Unicode MS"/>
          <w:b/>
          <w:bCs/>
          <w:sz w:val="24"/>
          <w:szCs w:val="24"/>
          <w:cs/>
          <w:lang w:bidi="hi-IN"/>
        </w:rPr>
        <w:t>लेखक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का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विवरण</w:t>
      </w:r>
    </w:p>
    <w:p w:rsidR="003512F5" w:rsidRDefault="00C46DBA">
      <w:pPr>
        <w:spacing w:after="120"/>
        <w:rPr>
          <w:rFonts w:hint="eastAsia"/>
        </w:rPr>
      </w:pPr>
      <w:r>
        <w:rPr>
          <w:rFonts w:cs="Arial Unicode MS"/>
          <w:cs/>
          <w:lang w:bidi="hi-IN"/>
        </w:rPr>
        <w:t>लेखक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नाम</w:t>
      </w:r>
      <w:r>
        <w:t xml:space="preserve">¹, </w:t>
      </w:r>
      <w:r>
        <w:rPr>
          <w:rFonts w:cs="Arial Unicode MS"/>
          <w:cs/>
          <w:lang w:bidi="hi-IN"/>
        </w:rPr>
        <w:t>लेखक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नाम</w:t>
      </w:r>
      <w:r>
        <w:t>²</w:t>
      </w:r>
      <w:r>
        <w:br/>
        <w:t>¹</w:t>
      </w:r>
      <w:r>
        <w:rPr>
          <w:rFonts w:cs="Arial Unicode MS"/>
          <w:cs/>
          <w:lang w:bidi="hi-IN"/>
        </w:rPr>
        <w:t>विभाग</w:t>
      </w:r>
      <w:r>
        <w:t xml:space="preserve">, </w:t>
      </w:r>
      <w:r>
        <w:rPr>
          <w:rFonts w:cs="Arial Unicode MS"/>
          <w:cs/>
          <w:lang w:bidi="hi-IN"/>
        </w:rPr>
        <w:t>संस्था</w:t>
      </w:r>
      <w:r>
        <w:t>/</w:t>
      </w:r>
      <w:r>
        <w:rPr>
          <w:rFonts w:cs="Arial Unicode MS"/>
          <w:cs/>
          <w:lang w:bidi="hi-IN"/>
        </w:rPr>
        <w:t>महाविद्यालय</w:t>
      </w:r>
      <w:r>
        <w:t xml:space="preserve">, </w:t>
      </w:r>
      <w:r>
        <w:rPr>
          <w:rFonts w:cs="Arial Unicode MS"/>
          <w:cs/>
          <w:lang w:bidi="hi-IN"/>
        </w:rPr>
        <w:t>नगर</w:t>
      </w:r>
      <w:r>
        <w:t xml:space="preserve">, </w:t>
      </w:r>
      <w:r>
        <w:rPr>
          <w:rFonts w:cs="Arial Unicode MS"/>
          <w:cs/>
          <w:lang w:bidi="hi-IN"/>
        </w:rPr>
        <w:t>राज्य</w:t>
      </w:r>
      <w:r>
        <w:t xml:space="preserve">, </w:t>
      </w:r>
      <w:r>
        <w:rPr>
          <w:rFonts w:cs="Arial Unicode MS"/>
          <w:cs/>
          <w:lang w:bidi="hi-IN"/>
        </w:rPr>
        <w:t>देश</w:t>
      </w:r>
      <w:r>
        <w:br/>
        <w:t>²</w:t>
      </w:r>
      <w:r>
        <w:rPr>
          <w:rFonts w:cs="Arial Unicode MS"/>
          <w:cs/>
          <w:lang w:bidi="hi-IN"/>
        </w:rPr>
        <w:t>विभाग</w:t>
      </w:r>
      <w:r>
        <w:t xml:space="preserve">, </w:t>
      </w:r>
      <w:r>
        <w:rPr>
          <w:rFonts w:cs="Arial Unicode MS"/>
          <w:cs/>
          <w:lang w:bidi="hi-IN"/>
        </w:rPr>
        <w:t>संस्था</w:t>
      </w:r>
      <w:r>
        <w:t>/</w:t>
      </w:r>
      <w:r>
        <w:rPr>
          <w:rFonts w:cs="Arial Unicode MS"/>
          <w:cs/>
          <w:lang w:bidi="hi-IN"/>
        </w:rPr>
        <w:t>महाविद्यालय</w:t>
      </w:r>
      <w:r>
        <w:t xml:space="preserve">, </w:t>
      </w:r>
      <w:r>
        <w:rPr>
          <w:rFonts w:cs="Arial Unicode MS"/>
          <w:cs/>
          <w:lang w:bidi="hi-IN"/>
        </w:rPr>
        <w:t>नगर</w:t>
      </w:r>
      <w:r>
        <w:t xml:space="preserve">, </w:t>
      </w:r>
      <w:r>
        <w:rPr>
          <w:rFonts w:cs="Arial Unicode MS"/>
          <w:cs/>
          <w:lang w:bidi="hi-IN"/>
        </w:rPr>
        <w:t>राज्य</w:t>
      </w:r>
      <w:r>
        <w:t xml:space="preserve">, </w:t>
      </w:r>
      <w:r>
        <w:rPr>
          <w:rFonts w:cs="Arial Unicode MS"/>
          <w:cs/>
          <w:lang w:bidi="hi-IN"/>
        </w:rPr>
        <w:t>देश</w:t>
      </w:r>
      <w:bookmarkStart w:id="0" w:name="_GoBack"/>
      <w:bookmarkEnd w:id="0"/>
      <w:r>
        <w:br/>
      </w:r>
      <w:r>
        <w:rPr>
          <w:rFonts w:cs="Arial Unicode MS"/>
          <w:cs/>
          <w:lang w:bidi="hi-IN"/>
        </w:rPr>
        <w:t>पत्राचार</w:t>
      </w:r>
      <w:r>
        <w:t xml:space="preserve"> </w:t>
      </w:r>
      <w:r>
        <w:rPr>
          <w:rFonts w:cs="Arial Unicode MS"/>
          <w:cs/>
          <w:lang w:bidi="hi-IN"/>
        </w:rPr>
        <w:t>लेखक</w:t>
      </w:r>
      <w:r>
        <w:t>: [</w:t>
      </w:r>
      <w:r>
        <w:rPr>
          <w:rFonts w:cs="Arial Unicode MS"/>
          <w:cs/>
          <w:lang w:bidi="hi-IN"/>
        </w:rPr>
        <w:t>नाम</w:t>
      </w:r>
      <w:r>
        <w:t xml:space="preserve">] | </w:t>
      </w:r>
      <w:r>
        <w:rPr>
          <w:rFonts w:cs="Arial Unicode MS"/>
          <w:cs/>
          <w:lang w:bidi="hi-IN"/>
        </w:rPr>
        <w:t>ई</w:t>
      </w:r>
      <w:r>
        <w:t>-</w:t>
      </w:r>
      <w:r>
        <w:rPr>
          <w:rFonts w:cs="Arial Unicode MS"/>
          <w:cs/>
          <w:lang w:bidi="hi-IN"/>
        </w:rPr>
        <w:t>मेल</w:t>
      </w:r>
      <w:r>
        <w:t>: [</w:t>
      </w:r>
      <w:r>
        <w:rPr>
          <w:rFonts w:cs="Arial Unicode MS"/>
          <w:cs/>
          <w:lang w:bidi="hi-IN"/>
        </w:rPr>
        <w:t>ई</w:t>
      </w:r>
      <w:r>
        <w:t>-</w:t>
      </w:r>
      <w:r>
        <w:rPr>
          <w:rFonts w:cs="Arial Unicode MS"/>
          <w:cs/>
          <w:lang w:bidi="hi-IN"/>
        </w:rPr>
        <w:t>मेल</w:t>
      </w:r>
      <w:r>
        <w:t>] | ORCID: [</w:t>
      </w:r>
      <w:r>
        <w:rPr>
          <w:rFonts w:cs="Arial Unicode MS"/>
          <w:cs/>
          <w:lang w:bidi="hi-IN"/>
        </w:rPr>
        <w:t>यदि</w:t>
      </w:r>
      <w:r>
        <w:t xml:space="preserve"> </w:t>
      </w:r>
      <w:r>
        <w:rPr>
          <w:rFonts w:cs="Arial Unicode MS"/>
          <w:cs/>
          <w:lang w:bidi="hi-IN"/>
        </w:rPr>
        <w:t>उपलब्ध</w:t>
      </w:r>
      <w:r>
        <w:t xml:space="preserve"> </w:t>
      </w:r>
      <w:r>
        <w:rPr>
          <w:rFonts w:cs="Arial Unicode MS"/>
          <w:cs/>
          <w:lang w:bidi="hi-IN"/>
        </w:rPr>
        <w:t>हो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3. </w:t>
      </w:r>
      <w:r>
        <w:rPr>
          <w:rFonts w:cs="Arial Unicode MS"/>
          <w:b/>
          <w:bCs/>
          <w:sz w:val="24"/>
          <w:szCs w:val="24"/>
          <w:cs/>
          <w:lang w:bidi="hi-IN"/>
        </w:rPr>
        <w:t>सारांश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लगभग</w:t>
      </w:r>
      <w:r>
        <w:t xml:space="preserve"> 150–250 </w:t>
      </w:r>
      <w:r>
        <w:rPr>
          <w:rFonts w:cs="Arial Unicode MS"/>
          <w:cs/>
          <w:lang w:bidi="hi-IN"/>
        </w:rPr>
        <w:t>शब्दों</w:t>
      </w:r>
      <w:r>
        <w:t xml:space="preserve"> </w:t>
      </w:r>
      <w:r>
        <w:rPr>
          <w:rFonts w:cs="Arial Unicode MS"/>
          <w:cs/>
          <w:lang w:bidi="hi-IN"/>
        </w:rPr>
        <w:t>में</w:t>
      </w:r>
      <w:r>
        <w:t xml:space="preserve"> </w:t>
      </w:r>
      <w:r>
        <w:rPr>
          <w:rFonts w:cs="Arial Unicode MS"/>
          <w:cs/>
          <w:lang w:bidi="hi-IN"/>
        </w:rPr>
        <w:t>अध्ययन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पृष्ठभूमि</w:t>
      </w:r>
      <w:r>
        <w:t xml:space="preserve">, </w:t>
      </w:r>
      <w:r>
        <w:rPr>
          <w:rFonts w:cs="Arial Unicode MS"/>
          <w:cs/>
          <w:lang w:bidi="hi-IN"/>
        </w:rPr>
        <w:t>उद्देश्य</w:t>
      </w:r>
      <w:r>
        <w:t xml:space="preserve">, </w:t>
      </w:r>
      <w:r>
        <w:rPr>
          <w:rFonts w:cs="Arial Unicode MS"/>
          <w:cs/>
          <w:lang w:bidi="hi-IN"/>
        </w:rPr>
        <w:t>शोध</w:t>
      </w:r>
      <w:r>
        <w:t>-</w:t>
      </w:r>
      <w:r>
        <w:rPr>
          <w:rFonts w:cs="Arial Unicode MS"/>
          <w:cs/>
          <w:lang w:bidi="hi-IN"/>
        </w:rPr>
        <w:t>विधि</w:t>
      </w:r>
      <w:r>
        <w:t xml:space="preserve">, </w:t>
      </w:r>
      <w:r>
        <w:rPr>
          <w:rFonts w:cs="Arial Unicode MS"/>
          <w:cs/>
          <w:lang w:bidi="hi-IN"/>
        </w:rPr>
        <w:t>प्रमुख</w:t>
      </w:r>
      <w:r>
        <w:t xml:space="preserve"> </w:t>
      </w:r>
      <w:r>
        <w:rPr>
          <w:rFonts w:cs="Arial Unicode MS"/>
          <w:cs/>
          <w:lang w:bidi="hi-IN"/>
        </w:rPr>
        <w:t>निष्कर्ष</w:t>
      </w:r>
      <w:r>
        <w:t xml:space="preserve"> </w:t>
      </w:r>
      <w:r>
        <w:rPr>
          <w:rFonts w:cs="Arial Unicode MS"/>
          <w:cs/>
          <w:lang w:bidi="hi-IN"/>
        </w:rPr>
        <w:t>तथा</w:t>
      </w:r>
      <w:r>
        <w:t xml:space="preserve"> </w:t>
      </w:r>
      <w:r>
        <w:rPr>
          <w:rFonts w:cs="Arial Unicode MS"/>
          <w:cs/>
          <w:lang w:bidi="hi-IN"/>
        </w:rPr>
        <w:t>निष्कर्ष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संक्षिप्त</w:t>
      </w:r>
      <w:r>
        <w:t xml:space="preserve"> </w:t>
      </w:r>
      <w:r>
        <w:rPr>
          <w:rFonts w:cs="Arial Unicode MS"/>
          <w:cs/>
          <w:lang w:bidi="hi-IN"/>
        </w:rPr>
        <w:t>विवरण</w:t>
      </w:r>
      <w:r>
        <w:t xml:space="preserve"> </w:t>
      </w:r>
      <w:r>
        <w:rPr>
          <w:rFonts w:cs="Arial Unicode MS"/>
          <w:cs/>
          <w:lang w:bidi="hi-IN"/>
        </w:rPr>
        <w:t>दें।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4. </w:t>
      </w:r>
      <w:r>
        <w:rPr>
          <w:rFonts w:cs="Arial Unicode MS"/>
          <w:b/>
          <w:bCs/>
          <w:sz w:val="24"/>
          <w:szCs w:val="24"/>
          <w:cs/>
          <w:lang w:bidi="hi-IN"/>
        </w:rPr>
        <w:t>प्रमुख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शब्द</w:t>
      </w:r>
    </w:p>
    <w:p w:rsidR="003512F5" w:rsidRDefault="00C46DBA">
      <w:pPr>
        <w:spacing w:after="120"/>
        <w:rPr>
          <w:rFonts w:hint="eastAsia"/>
        </w:rPr>
      </w:pPr>
      <w:r>
        <w:t xml:space="preserve">[4–6 </w:t>
      </w:r>
      <w:r>
        <w:rPr>
          <w:rFonts w:cs="Arial Unicode MS"/>
          <w:cs/>
          <w:lang w:bidi="hi-IN"/>
        </w:rPr>
        <w:t>प्रमुख</w:t>
      </w:r>
      <w:r>
        <w:t xml:space="preserve"> </w:t>
      </w:r>
      <w:r>
        <w:rPr>
          <w:rFonts w:cs="Arial Unicode MS"/>
          <w:cs/>
          <w:lang w:bidi="hi-IN"/>
        </w:rPr>
        <w:t>शब्द</w:t>
      </w:r>
      <w:r>
        <w:t xml:space="preserve"> </w:t>
      </w:r>
      <w:r>
        <w:rPr>
          <w:rFonts w:cs="Arial Unicode MS"/>
          <w:cs/>
          <w:lang w:bidi="hi-IN"/>
        </w:rPr>
        <w:t>अल्पविराम</w:t>
      </w:r>
      <w:r>
        <w:t xml:space="preserve"> </w:t>
      </w:r>
      <w:r>
        <w:rPr>
          <w:rFonts w:cs="Arial Unicode MS"/>
          <w:cs/>
          <w:lang w:bidi="hi-IN"/>
        </w:rPr>
        <w:t>द्वारा</w:t>
      </w:r>
      <w:r>
        <w:t xml:space="preserve"> </w:t>
      </w:r>
      <w:r>
        <w:rPr>
          <w:rFonts w:cs="Arial Unicode MS"/>
          <w:cs/>
          <w:lang w:bidi="hi-IN"/>
        </w:rPr>
        <w:t>अलग</w:t>
      </w:r>
      <w:r>
        <w:t xml:space="preserve"> </w:t>
      </w:r>
      <w:r>
        <w:rPr>
          <w:rFonts w:cs="Arial Unicode MS"/>
          <w:cs/>
          <w:lang w:bidi="hi-IN"/>
        </w:rPr>
        <w:t>करते</w:t>
      </w:r>
      <w:r>
        <w:t xml:space="preserve"> </w:t>
      </w:r>
      <w:r>
        <w:rPr>
          <w:rFonts w:cs="Arial Unicode MS"/>
          <w:cs/>
          <w:lang w:bidi="hi-IN"/>
        </w:rPr>
        <w:t>हुए</w:t>
      </w:r>
      <w:r>
        <w:t xml:space="preserve"> </w:t>
      </w:r>
      <w:r>
        <w:rPr>
          <w:rFonts w:cs="Arial Unicode MS"/>
          <w:cs/>
          <w:lang w:bidi="hi-IN"/>
        </w:rPr>
        <w:t>लिखें।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5. </w:t>
      </w:r>
      <w:r>
        <w:rPr>
          <w:rFonts w:cs="Arial Unicode MS"/>
          <w:b/>
          <w:bCs/>
          <w:sz w:val="24"/>
          <w:szCs w:val="24"/>
          <w:cs/>
          <w:lang w:bidi="hi-IN"/>
        </w:rPr>
        <w:t>प्रस्तावना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समस्या</w:t>
      </w:r>
      <w:r>
        <w:t xml:space="preserve">, </w:t>
      </w:r>
      <w:r>
        <w:rPr>
          <w:rFonts w:cs="Arial Unicode MS"/>
          <w:cs/>
          <w:lang w:bidi="hi-IN"/>
        </w:rPr>
        <w:t>पृष्ठभूमि</w:t>
      </w:r>
      <w:r>
        <w:t xml:space="preserve">, </w:t>
      </w:r>
      <w:r>
        <w:rPr>
          <w:rFonts w:cs="Arial Unicode MS"/>
          <w:cs/>
          <w:lang w:bidi="hi-IN"/>
        </w:rPr>
        <w:t>संदर्भ</w:t>
      </w:r>
      <w:r>
        <w:t xml:space="preserve">, </w:t>
      </w:r>
      <w:r>
        <w:rPr>
          <w:rFonts w:cs="Arial Unicode MS"/>
          <w:cs/>
          <w:lang w:bidi="hi-IN"/>
        </w:rPr>
        <w:t>अध्ययन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आवश्यकता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महत्त्व</w:t>
      </w:r>
      <w:r>
        <w:t xml:space="preserve"> </w:t>
      </w:r>
      <w:r>
        <w:rPr>
          <w:rFonts w:cs="Arial Unicode MS"/>
          <w:cs/>
          <w:lang w:bidi="hi-IN"/>
        </w:rPr>
        <w:t>प्रस्तुत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 xml:space="preserve"> </w:t>
      </w:r>
      <w:r>
        <w:rPr>
          <w:rFonts w:cs="Arial Unicode MS"/>
          <w:cs/>
          <w:lang w:bidi="hi-IN"/>
        </w:rPr>
        <w:t>शोध</w:t>
      </w:r>
      <w:r>
        <w:t>-</w:t>
      </w:r>
      <w:r>
        <w:rPr>
          <w:rFonts w:cs="Arial Unicode MS"/>
          <w:cs/>
          <w:lang w:bidi="hi-IN"/>
        </w:rPr>
        <w:t>अंतराल</w:t>
      </w:r>
      <w:r>
        <w:t xml:space="preserve"> </w:t>
      </w:r>
      <w:r>
        <w:rPr>
          <w:rFonts w:cs="Arial Unicode MS"/>
          <w:cs/>
          <w:lang w:bidi="hi-IN"/>
        </w:rPr>
        <w:t>और</w:t>
      </w:r>
      <w:r>
        <w:t xml:space="preserve"> </w:t>
      </w:r>
      <w:r>
        <w:rPr>
          <w:rFonts w:cs="Arial Unicode MS"/>
          <w:cs/>
          <w:lang w:bidi="hi-IN"/>
        </w:rPr>
        <w:t>अध्ययन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उद्देश्य</w:t>
      </w:r>
      <w:r>
        <w:t xml:space="preserve"> </w:t>
      </w:r>
      <w:r>
        <w:rPr>
          <w:rFonts w:cs="Arial Unicode MS"/>
          <w:cs/>
          <w:lang w:bidi="hi-IN"/>
        </w:rPr>
        <w:t>को</w:t>
      </w:r>
      <w:r>
        <w:t xml:space="preserve"> </w:t>
      </w:r>
      <w:r>
        <w:rPr>
          <w:rFonts w:cs="Arial Unicode MS"/>
          <w:cs/>
          <w:lang w:bidi="hi-IN"/>
        </w:rPr>
        <w:t>स्पष्ट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6. </w:t>
      </w:r>
      <w:r>
        <w:rPr>
          <w:rFonts w:cs="Arial Unicode MS"/>
          <w:b/>
          <w:bCs/>
          <w:sz w:val="24"/>
          <w:szCs w:val="24"/>
          <w:cs/>
          <w:lang w:bidi="hi-IN"/>
        </w:rPr>
        <w:t>साहित्य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समीक्षा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पूर्ववर्ती</w:t>
      </w:r>
      <w:r>
        <w:t xml:space="preserve"> </w:t>
      </w:r>
      <w:r>
        <w:rPr>
          <w:rFonts w:cs="Arial Unicode MS"/>
          <w:cs/>
          <w:lang w:bidi="hi-IN"/>
        </w:rPr>
        <w:t>शोध</w:t>
      </w:r>
      <w:r>
        <w:t xml:space="preserve">, </w:t>
      </w:r>
      <w:r>
        <w:rPr>
          <w:rFonts w:cs="Arial Unicode MS"/>
          <w:cs/>
          <w:lang w:bidi="hi-IN"/>
        </w:rPr>
        <w:t>सिद्धांतों</w:t>
      </w:r>
      <w:r>
        <w:t xml:space="preserve">, </w:t>
      </w:r>
      <w:r>
        <w:rPr>
          <w:rFonts w:cs="Arial Unicode MS"/>
          <w:cs/>
          <w:lang w:bidi="hi-IN"/>
        </w:rPr>
        <w:t>अवधारणाओं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संबंधित</w:t>
      </w:r>
      <w:r>
        <w:t xml:space="preserve"> </w:t>
      </w:r>
      <w:r>
        <w:rPr>
          <w:rFonts w:cs="Arial Unicode MS"/>
          <w:cs/>
          <w:lang w:bidi="hi-IN"/>
        </w:rPr>
        <w:t>अध्ययनों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समीक्षा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 xml:space="preserve"> </w:t>
      </w:r>
      <w:r>
        <w:rPr>
          <w:rFonts w:cs="Arial Unicode MS"/>
          <w:cs/>
          <w:lang w:bidi="hi-IN"/>
        </w:rPr>
        <w:t>प्रासंगिक</w:t>
      </w:r>
      <w:r>
        <w:t xml:space="preserve"> </w:t>
      </w:r>
      <w:r>
        <w:rPr>
          <w:rFonts w:cs="Arial Unicode MS"/>
          <w:cs/>
          <w:lang w:bidi="hi-IN"/>
        </w:rPr>
        <w:t>और</w:t>
      </w:r>
      <w:r>
        <w:t xml:space="preserve"> </w:t>
      </w:r>
      <w:r>
        <w:rPr>
          <w:rFonts w:cs="Arial Unicode MS"/>
          <w:cs/>
          <w:lang w:bidi="hi-IN"/>
        </w:rPr>
        <w:t>नवीन</w:t>
      </w:r>
      <w:r>
        <w:t xml:space="preserve"> </w:t>
      </w:r>
      <w:r>
        <w:rPr>
          <w:rFonts w:cs="Arial Unicode MS"/>
          <w:cs/>
          <w:lang w:bidi="hi-IN"/>
        </w:rPr>
        <w:t>शोध</w:t>
      </w:r>
      <w:r>
        <w:t>-</w:t>
      </w:r>
      <w:r>
        <w:rPr>
          <w:rFonts w:cs="Arial Unicode MS"/>
          <w:cs/>
          <w:lang w:bidi="hi-IN"/>
        </w:rPr>
        <w:t>स्रोतों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प्रयोग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7. </w:t>
      </w:r>
      <w:r>
        <w:rPr>
          <w:rFonts w:cs="Arial Unicode MS"/>
          <w:b/>
          <w:bCs/>
          <w:sz w:val="24"/>
          <w:szCs w:val="24"/>
          <w:cs/>
          <w:lang w:bidi="hi-IN"/>
        </w:rPr>
        <w:t>अध्ययन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के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उद्देश्य</w:t>
      </w:r>
    </w:p>
    <w:p w:rsidR="003512F5" w:rsidRDefault="00C46DBA">
      <w:pPr>
        <w:spacing w:after="120"/>
        <w:rPr>
          <w:rFonts w:hint="eastAsia"/>
        </w:rPr>
      </w:pPr>
      <w:r>
        <w:t>1. [</w:t>
      </w:r>
      <w:r>
        <w:rPr>
          <w:rFonts w:cs="Arial Unicode MS"/>
          <w:cs/>
          <w:lang w:bidi="hi-IN"/>
        </w:rPr>
        <w:t>उद्देश्य</w:t>
      </w:r>
      <w:r>
        <w:t xml:space="preserve"> 1]</w:t>
      </w:r>
      <w:r>
        <w:br/>
        <w:t>2. [</w:t>
      </w:r>
      <w:r>
        <w:rPr>
          <w:rFonts w:cs="Arial Unicode MS"/>
          <w:cs/>
          <w:lang w:bidi="hi-IN"/>
        </w:rPr>
        <w:t>उद्देश्य</w:t>
      </w:r>
      <w:r>
        <w:t xml:space="preserve"> 2]</w:t>
      </w:r>
      <w:r>
        <w:br/>
        <w:t>3. [</w:t>
      </w:r>
      <w:r>
        <w:rPr>
          <w:rFonts w:cs="Arial Unicode MS"/>
          <w:cs/>
          <w:lang w:bidi="hi-IN"/>
        </w:rPr>
        <w:t>उद्देश्य</w:t>
      </w:r>
      <w:r>
        <w:t xml:space="preserve"> 3]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8. </w:t>
      </w:r>
      <w:r>
        <w:rPr>
          <w:rFonts w:cs="Arial Unicode MS"/>
          <w:b/>
          <w:bCs/>
          <w:sz w:val="24"/>
          <w:szCs w:val="24"/>
          <w:cs/>
          <w:lang w:bidi="hi-IN"/>
        </w:rPr>
        <w:t>शोध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प्रश्न</w:t>
      </w:r>
      <w:r>
        <w:rPr>
          <w:b/>
          <w:sz w:val="24"/>
        </w:rPr>
        <w:t xml:space="preserve"> / </w:t>
      </w:r>
      <w:r>
        <w:rPr>
          <w:rFonts w:cs="Arial Unicode MS"/>
          <w:b/>
          <w:bCs/>
          <w:sz w:val="24"/>
          <w:szCs w:val="24"/>
          <w:cs/>
          <w:lang w:bidi="hi-IN"/>
        </w:rPr>
        <w:t>परिकल्पनाएँ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जहाँ</w:t>
      </w:r>
      <w:r>
        <w:t xml:space="preserve"> </w:t>
      </w:r>
      <w:r>
        <w:rPr>
          <w:rFonts w:cs="Arial Unicode MS"/>
          <w:cs/>
          <w:lang w:bidi="hi-IN"/>
        </w:rPr>
        <w:t>लागू</w:t>
      </w:r>
      <w:r>
        <w:t xml:space="preserve"> </w:t>
      </w:r>
      <w:r>
        <w:rPr>
          <w:rFonts w:cs="Arial Unicode MS"/>
          <w:cs/>
          <w:lang w:bidi="hi-IN"/>
        </w:rPr>
        <w:t>हो</w:t>
      </w:r>
      <w:r>
        <w:t xml:space="preserve">, 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प्रश्न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>/</w:t>
      </w:r>
      <w:r>
        <w:rPr>
          <w:rFonts w:cs="Arial Unicode MS"/>
          <w:cs/>
          <w:lang w:bidi="hi-IN"/>
        </w:rPr>
        <w:t>या</w:t>
      </w:r>
      <w:r>
        <w:t xml:space="preserve"> </w:t>
      </w:r>
      <w:r>
        <w:rPr>
          <w:rFonts w:cs="Arial Unicode MS"/>
          <w:cs/>
          <w:lang w:bidi="hi-IN"/>
        </w:rPr>
        <w:t>परिकल्पनाएँ</w:t>
      </w:r>
      <w:r>
        <w:t xml:space="preserve"> </w:t>
      </w:r>
      <w:r>
        <w:rPr>
          <w:rFonts w:cs="Arial Unicode MS"/>
          <w:cs/>
          <w:lang w:bidi="hi-IN"/>
        </w:rPr>
        <w:t>स्पष्ट</w:t>
      </w:r>
      <w:r>
        <w:t xml:space="preserve"> </w:t>
      </w:r>
      <w:r>
        <w:rPr>
          <w:rFonts w:cs="Arial Unicode MS"/>
          <w:cs/>
          <w:lang w:bidi="hi-IN"/>
        </w:rPr>
        <w:t>रूप</w:t>
      </w:r>
      <w:r>
        <w:t xml:space="preserve"> </w:t>
      </w:r>
      <w:r>
        <w:rPr>
          <w:rFonts w:cs="Arial Unicode MS"/>
          <w:cs/>
          <w:lang w:bidi="hi-IN"/>
        </w:rPr>
        <w:t>से</w:t>
      </w:r>
      <w:r>
        <w:t xml:space="preserve"> </w:t>
      </w:r>
      <w:r>
        <w:rPr>
          <w:rFonts w:cs="Arial Unicode MS"/>
          <w:cs/>
          <w:lang w:bidi="hi-IN"/>
        </w:rPr>
        <w:t>लिखें।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lastRenderedPageBreak/>
        <w:t xml:space="preserve">9. </w:t>
      </w:r>
      <w:r>
        <w:rPr>
          <w:rFonts w:cs="Arial Unicode MS"/>
          <w:b/>
          <w:bCs/>
          <w:sz w:val="24"/>
          <w:szCs w:val="24"/>
          <w:cs/>
          <w:lang w:bidi="hi-IN"/>
        </w:rPr>
        <w:t>शोध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कार्यप्रणाली</w:t>
      </w:r>
    </w:p>
    <w:p w:rsidR="003512F5" w:rsidRDefault="00C46DBA">
      <w:pPr>
        <w:spacing w:after="120"/>
        <w:rPr>
          <w:rFonts w:hint="eastAsia"/>
        </w:rPr>
      </w:pPr>
      <w:r>
        <w:t xml:space="preserve">9.1 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अभिकल्प</w:t>
      </w:r>
      <w:r>
        <w:t>: [</w:t>
      </w:r>
      <w:r>
        <w:rPr>
          <w:rFonts w:cs="Arial Unicode MS"/>
          <w:cs/>
          <w:lang w:bidi="hi-IN"/>
        </w:rPr>
        <w:t>विवरण</w:t>
      </w:r>
      <w:r>
        <w:t>]</w:t>
      </w:r>
      <w:r>
        <w:br/>
        <w:t xml:space="preserve">9.2 </w:t>
      </w:r>
      <w:r>
        <w:rPr>
          <w:rFonts w:cs="Arial Unicode MS"/>
          <w:cs/>
          <w:lang w:bidi="hi-IN"/>
        </w:rPr>
        <w:t>जनसंख्या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प्रतिदर्श</w:t>
      </w:r>
      <w:r>
        <w:t>: [</w:t>
      </w:r>
      <w:r>
        <w:rPr>
          <w:rFonts w:cs="Arial Unicode MS"/>
          <w:cs/>
          <w:lang w:bidi="hi-IN"/>
        </w:rPr>
        <w:t>विवरण</w:t>
      </w:r>
      <w:r>
        <w:t>]</w:t>
      </w:r>
      <w:r>
        <w:br/>
        <w:t xml:space="preserve">9.3 </w:t>
      </w:r>
      <w:r>
        <w:rPr>
          <w:rFonts w:cs="Arial Unicode MS"/>
          <w:cs/>
          <w:lang w:bidi="hi-IN"/>
        </w:rPr>
        <w:t>प्रतिदर्श</w:t>
      </w:r>
      <w:r>
        <w:t xml:space="preserve"> </w:t>
      </w:r>
      <w:r>
        <w:rPr>
          <w:rFonts w:cs="Arial Unicode MS"/>
          <w:cs/>
          <w:lang w:bidi="hi-IN"/>
        </w:rPr>
        <w:t>चयन</w:t>
      </w:r>
      <w:r>
        <w:t xml:space="preserve"> </w:t>
      </w:r>
      <w:r>
        <w:rPr>
          <w:rFonts w:cs="Arial Unicode MS"/>
          <w:cs/>
          <w:lang w:bidi="hi-IN"/>
        </w:rPr>
        <w:t>विधि</w:t>
      </w:r>
      <w:r>
        <w:t>: [</w:t>
      </w:r>
      <w:r>
        <w:rPr>
          <w:rFonts w:cs="Arial Unicode MS"/>
          <w:cs/>
          <w:lang w:bidi="hi-IN"/>
        </w:rPr>
        <w:t>विवरण</w:t>
      </w:r>
      <w:r>
        <w:t>]</w:t>
      </w:r>
      <w:r>
        <w:br/>
        <w:t xml:space="preserve">9.4 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उपकरण</w:t>
      </w:r>
      <w:r>
        <w:t>: [</w:t>
      </w:r>
      <w:r>
        <w:rPr>
          <w:rFonts w:cs="Arial Unicode MS"/>
          <w:cs/>
          <w:lang w:bidi="hi-IN"/>
        </w:rPr>
        <w:t>विवरण</w:t>
      </w:r>
      <w:r>
        <w:t>]</w:t>
      </w:r>
      <w:r>
        <w:br/>
        <w:t xml:space="preserve">9.5 </w:t>
      </w:r>
      <w:r>
        <w:rPr>
          <w:rFonts w:cs="Arial Unicode MS"/>
          <w:cs/>
          <w:lang w:bidi="hi-IN"/>
        </w:rPr>
        <w:t>आँकड़ा</w:t>
      </w:r>
      <w:r>
        <w:t xml:space="preserve"> </w:t>
      </w:r>
      <w:r>
        <w:rPr>
          <w:rFonts w:cs="Arial Unicode MS"/>
          <w:cs/>
          <w:lang w:bidi="hi-IN"/>
        </w:rPr>
        <w:t>संकलन</w:t>
      </w:r>
      <w:r>
        <w:t xml:space="preserve"> </w:t>
      </w:r>
      <w:r>
        <w:rPr>
          <w:rFonts w:cs="Arial Unicode MS"/>
          <w:cs/>
          <w:lang w:bidi="hi-IN"/>
        </w:rPr>
        <w:t>प्रक्रिया</w:t>
      </w:r>
      <w:r>
        <w:t>: [</w:t>
      </w:r>
      <w:r>
        <w:rPr>
          <w:rFonts w:cs="Arial Unicode MS"/>
          <w:cs/>
          <w:lang w:bidi="hi-IN"/>
        </w:rPr>
        <w:t>विवरण</w:t>
      </w:r>
      <w:r>
        <w:t>]</w:t>
      </w:r>
      <w:r>
        <w:br/>
        <w:t xml:space="preserve">9.6 </w:t>
      </w:r>
      <w:r>
        <w:rPr>
          <w:rFonts w:cs="Arial Unicode MS"/>
          <w:cs/>
          <w:lang w:bidi="hi-IN"/>
        </w:rPr>
        <w:t>आँकड़ों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विश्लेषण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विधियाँ</w:t>
      </w:r>
      <w:r>
        <w:t>: [</w:t>
      </w:r>
      <w:r>
        <w:rPr>
          <w:rFonts w:cs="Arial Unicode MS"/>
          <w:cs/>
          <w:lang w:bidi="hi-IN"/>
        </w:rPr>
        <w:t>विवरण</w:t>
      </w:r>
      <w:r>
        <w:t>]</w:t>
      </w:r>
      <w:r>
        <w:br/>
        <w:t xml:space="preserve">9.7 </w:t>
      </w:r>
      <w:r>
        <w:rPr>
          <w:rFonts w:cs="Arial Unicode MS"/>
          <w:cs/>
          <w:lang w:bidi="hi-IN"/>
        </w:rPr>
        <w:t>नैतिक</w:t>
      </w:r>
      <w:r>
        <w:t xml:space="preserve"> </w:t>
      </w:r>
      <w:r>
        <w:rPr>
          <w:rFonts w:cs="Arial Unicode MS"/>
          <w:cs/>
          <w:lang w:bidi="hi-IN"/>
        </w:rPr>
        <w:t>पक्ष</w:t>
      </w:r>
      <w:r>
        <w:t>: [</w:t>
      </w:r>
      <w:r>
        <w:rPr>
          <w:rFonts w:cs="Arial Unicode MS"/>
          <w:cs/>
          <w:lang w:bidi="hi-IN"/>
        </w:rPr>
        <w:t>विवरण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10. </w:t>
      </w:r>
      <w:r>
        <w:rPr>
          <w:rFonts w:cs="Arial Unicode MS"/>
          <w:b/>
          <w:bCs/>
          <w:sz w:val="24"/>
          <w:szCs w:val="24"/>
          <w:cs/>
          <w:lang w:bidi="hi-IN"/>
        </w:rPr>
        <w:t>परिणाम</w:t>
      </w:r>
      <w:r>
        <w:rPr>
          <w:b/>
          <w:sz w:val="24"/>
        </w:rPr>
        <w:t xml:space="preserve"> / </w:t>
      </w:r>
      <w:r>
        <w:rPr>
          <w:rFonts w:cs="Arial Unicode MS"/>
          <w:b/>
          <w:bCs/>
          <w:sz w:val="24"/>
          <w:szCs w:val="24"/>
          <w:cs/>
          <w:lang w:bidi="hi-IN"/>
        </w:rPr>
        <w:t>प्रमुख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निष्कर्ष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परिणामों</w:t>
      </w:r>
      <w:r>
        <w:t xml:space="preserve"> </w:t>
      </w:r>
      <w:r>
        <w:rPr>
          <w:rFonts w:cs="Arial Unicode MS"/>
          <w:cs/>
          <w:lang w:bidi="hi-IN"/>
        </w:rPr>
        <w:t>को</w:t>
      </w:r>
      <w:r>
        <w:t xml:space="preserve"> </w:t>
      </w:r>
      <w:r>
        <w:rPr>
          <w:rFonts w:cs="Arial Unicode MS"/>
          <w:cs/>
          <w:lang w:bidi="hi-IN"/>
        </w:rPr>
        <w:t>स्पष्ट</w:t>
      </w:r>
      <w:r>
        <w:t xml:space="preserve"> </w:t>
      </w:r>
      <w:r>
        <w:rPr>
          <w:rFonts w:cs="Arial Unicode MS"/>
          <w:cs/>
          <w:lang w:bidi="hi-IN"/>
        </w:rPr>
        <w:t>रूप</w:t>
      </w:r>
      <w:r>
        <w:t xml:space="preserve"> </w:t>
      </w:r>
      <w:r>
        <w:rPr>
          <w:rFonts w:cs="Arial Unicode MS"/>
          <w:cs/>
          <w:lang w:bidi="hi-IN"/>
        </w:rPr>
        <w:t>से</w:t>
      </w:r>
      <w:r>
        <w:t xml:space="preserve"> </w:t>
      </w:r>
      <w:r>
        <w:rPr>
          <w:rFonts w:cs="Arial Unicode MS"/>
          <w:cs/>
          <w:lang w:bidi="hi-IN"/>
        </w:rPr>
        <w:t>प्रस्तुत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 xml:space="preserve"> </w:t>
      </w:r>
      <w:r>
        <w:rPr>
          <w:rFonts w:cs="Arial Unicode MS"/>
          <w:cs/>
          <w:lang w:bidi="hi-IN"/>
        </w:rPr>
        <w:t>आवश्यकता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अनुसार</w:t>
      </w:r>
      <w:r>
        <w:t xml:space="preserve"> </w:t>
      </w:r>
      <w:r>
        <w:rPr>
          <w:rFonts w:cs="Arial Unicode MS"/>
          <w:cs/>
          <w:lang w:bidi="hi-IN"/>
        </w:rPr>
        <w:t>सारणियाँ</w:t>
      </w:r>
      <w:r>
        <w:t xml:space="preserve">, </w:t>
      </w:r>
      <w:r>
        <w:rPr>
          <w:rFonts w:cs="Arial Unicode MS"/>
          <w:cs/>
          <w:lang w:bidi="hi-IN"/>
        </w:rPr>
        <w:t>चित्र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सांख्यिकीय</w:t>
      </w:r>
      <w:r>
        <w:t xml:space="preserve"> </w:t>
      </w:r>
      <w:r>
        <w:rPr>
          <w:rFonts w:cs="Arial Unicode MS"/>
          <w:cs/>
          <w:lang w:bidi="hi-IN"/>
        </w:rPr>
        <w:t>परिणाम</w:t>
      </w:r>
      <w:r>
        <w:t xml:space="preserve"> </w:t>
      </w:r>
      <w:r>
        <w:rPr>
          <w:rFonts w:cs="Arial Unicode MS"/>
          <w:cs/>
          <w:lang w:bidi="hi-IN"/>
        </w:rPr>
        <w:t>शामिल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11. </w:t>
      </w:r>
      <w:r>
        <w:rPr>
          <w:rFonts w:cs="Arial Unicode MS"/>
          <w:b/>
          <w:bCs/>
          <w:sz w:val="24"/>
          <w:szCs w:val="24"/>
          <w:cs/>
          <w:lang w:bidi="hi-IN"/>
        </w:rPr>
        <w:t>चर्चा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प्राप्त</w:t>
      </w:r>
      <w:r>
        <w:t xml:space="preserve"> </w:t>
      </w:r>
      <w:r>
        <w:rPr>
          <w:rFonts w:cs="Arial Unicode MS"/>
          <w:cs/>
          <w:lang w:bidi="hi-IN"/>
        </w:rPr>
        <w:t>परिणामों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व्याख्या</w:t>
      </w:r>
      <w:r>
        <w:t xml:space="preserve"> </w:t>
      </w:r>
      <w:r>
        <w:rPr>
          <w:rFonts w:cs="Arial Unicode MS"/>
          <w:cs/>
          <w:lang w:bidi="hi-IN"/>
        </w:rPr>
        <w:t>करें</w:t>
      </w:r>
      <w:r>
        <w:t xml:space="preserve"> </w:t>
      </w:r>
      <w:r>
        <w:rPr>
          <w:rFonts w:cs="Arial Unicode MS"/>
          <w:cs/>
          <w:lang w:bidi="hi-IN"/>
        </w:rPr>
        <w:t>तथा</w:t>
      </w:r>
      <w:r>
        <w:t xml:space="preserve"> </w:t>
      </w:r>
      <w:r>
        <w:rPr>
          <w:rFonts w:cs="Arial Unicode MS"/>
          <w:cs/>
          <w:lang w:bidi="hi-IN"/>
        </w:rPr>
        <w:t>पूर्ववर्ती</w:t>
      </w:r>
      <w:r>
        <w:t xml:space="preserve"> </w:t>
      </w:r>
      <w:r>
        <w:rPr>
          <w:rFonts w:cs="Arial Unicode MS"/>
          <w:cs/>
          <w:lang w:bidi="hi-IN"/>
        </w:rPr>
        <w:t>अध्ययनों</w:t>
      </w:r>
      <w:r>
        <w:t xml:space="preserve"> </w:t>
      </w:r>
      <w:r>
        <w:rPr>
          <w:rFonts w:cs="Arial Unicode MS"/>
          <w:cs/>
          <w:lang w:bidi="hi-IN"/>
        </w:rPr>
        <w:t>से</w:t>
      </w:r>
      <w:r>
        <w:t xml:space="preserve"> </w:t>
      </w:r>
      <w:r>
        <w:rPr>
          <w:rFonts w:cs="Arial Unicode MS"/>
          <w:cs/>
          <w:lang w:bidi="hi-IN"/>
        </w:rPr>
        <w:t>तुलना</w:t>
      </w:r>
      <w:r>
        <w:t xml:space="preserve"> </w:t>
      </w:r>
      <w:r>
        <w:rPr>
          <w:rFonts w:cs="Arial Unicode MS"/>
          <w:cs/>
          <w:lang w:bidi="hi-IN"/>
        </w:rPr>
        <w:t>करते</w:t>
      </w:r>
      <w:r>
        <w:t xml:space="preserve"> </w:t>
      </w:r>
      <w:r>
        <w:rPr>
          <w:rFonts w:cs="Arial Unicode MS"/>
          <w:cs/>
          <w:lang w:bidi="hi-IN"/>
        </w:rPr>
        <w:t>हुए</w:t>
      </w:r>
      <w:r>
        <w:t xml:space="preserve"> </w:t>
      </w:r>
      <w:r>
        <w:rPr>
          <w:rFonts w:cs="Arial Unicode MS"/>
          <w:cs/>
          <w:lang w:bidi="hi-IN"/>
        </w:rPr>
        <w:t>उनके</w:t>
      </w:r>
      <w:r>
        <w:t xml:space="preserve"> </w:t>
      </w:r>
      <w:r>
        <w:rPr>
          <w:rFonts w:cs="Arial Unicode MS"/>
          <w:cs/>
          <w:lang w:bidi="hi-IN"/>
        </w:rPr>
        <w:t>सैद्धांतिक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व्यावहारिक</w:t>
      </w:r>
      <w:r>
        <w:t xml:space="preserve"> </w:t>
      </w:r>
      <w:r>
        <w:rPr>
          <w:rFonts w:cs="Arial Unicode MS"/>
          <w:cs/>
          <w:lang w:bidi="hi-IN"/>
        </w:rPr>
        <w:t>महत्त्व</w:t>
      </w:r>
      <w:r>
        <w:t xml:space="preserve"> </w:t>
      </w:r>
      <w:r>
        <w:rPr>
          <w:rFonts w:cs="Arial Unicode MS"/>
          <w:cs/>
          <w:lang w:bidi="hi-IN"/>
        </w:rPr>
        <w:t>पर</w:t>
      </w:r>
      <w:r>
        <w:t xml:space="preserve"> </w:t>
      </w:r>
      <w:r>
        <w:rPr>
          <w:rFonts w:cs="Arial Unicode MS"/>
          <w:cs/>
          <w:lang w:bidi="hi-IN"/>
        </w:rPr>
        <w:t>चर्चा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12. </w:t>
      </w:r>
      <w:r>
        <w:rPr>
          <w:rFonts w:cs="Arial Unicode MS"/>
          <w:b/>
          <w:bCs/>
          <w:sz w:val="24"/>
          <w:szCs w:val="24"/>
          <w:cs/>
          <w:lang w:bidi="hi-IN"/>
        </w:rPr>
        <w:t>शैक्षिक</w:t>
      </w:r>
      <w:r>
        <w:rPr>
          <w:b/>
          <w:sz w:val="24"/>
        </w:rPr>
        <w:t xml:space="preserve"> / </w:t>
      </w:r>
      <w:r>
        <w:rPr>
          <w:rFonts w:cs="Arial Unicode MS"/>
          <w:b/>
          <w:bCs/>
          <w:sz w:val="24"/>
          <w:szCs w:val="24"/>
          <w:cs/>
          <w:lang w:bidi="hi-IN"/>
        </w:rPr>
        <w:t>व्यावहारिक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निहितार्थ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शिक्षा</w:t>
      </w:r>
      <w:r>
        <w:t xml:space="preserve">, </w:t>
      </w:r>
      <w:r>
        <w:rPr>
          <w:rFonts w:cs="Arial Unicode MS"/>
          <w:cs/>
          <w:lang w:bidi="hi-IN"/>
        </w:rPr>
        <w:t>नीति</w:t>
      </w:r>
      <w:r>
        <w:t xml:space="preserve">, </w:t>
      </w:r>
      <w:r>
        <w:rPr>
          <w:rFonts w:cs="Arial Unicode MS"/>
          <w:cs/>
          <w:lang w:bidi="hi-IN"/>
        </w:rPr>
        <w:t>व्यवहार</w:t>
      </w:r>
      <w:r>
        <w:t xml:space="preserve">, </w:t>
      </w:r>
      <w:r>
        <w:rPr>
          <w:rFonts w:cs="Arial Unicode MS"/>
          <w:cs/>
          <w:lang w:bidi="hi-IN"/>
        </w:rPr>
        <w:t>संस्थान</w:t>
      </w:r>
      <w:r>
        <w:t xml:space="preserve">, </w:t>
      </w:r>
      <w:r>
        <w:rPr>
          <w:rFonts w:cs="Arial Unicode MS"/>
          <w:cs/>
          <w:lang w:bidi="hi-IN"/>
        </w:rPr>
        <w:t>शोधकर्ताओं</w:t>
      </w:r>
      <w:r>
        <w:t xml:space="preserve"> </w:t>
      </w:r>
      <w:r>
        <w:rPr>
          <w:rFonts w:cs="Arial Unicode MS"/>
          <w:cs/>
          <w:lang w:bidi="hi-IN"/>
        </w:rPr>
        <w:t>अथवा</w:t>
      </w:r>
      <w:r>
        <w:t xml:space="preserve"> </w:t>
      </w:r>
      <w:r>
        <w:rPr>
          <w:rFonts w:cs="Arial Unicode MS"/>
          <w:cs/>
          <w:lang w:bidi="hi-IN"/>
        </w:rPr>
        <w:t>अन्य</w:t>
      </w:r>
      <w:r>
        <w:t xml:space="preserve"> </w:t>
      </w:r>
      <w:r>
        <w:rPr>
          <w:rFonts w:cs="Arial Unicode MS"/>
          <w:cs/>
          <w:lang w:bidi="hi-IN"/>
        </w:rPr>
        <w:t>संबंधित</w:t>
      </w:r>
      <w:r>
        <w:t xml:space="preserve"> </w:t>
      </w:r>
      <w:r>
        <w:rPr>
          <w:rFonts w:cs="Arial Unicode MS"/>
          <w:cs/>
          <w:lang w:bidi="hi-IN"/>
        </w:rPr>
        <w:t>हितधारकों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लिए</w:t>
      </w:r>
      <w:r>
        <w:t xml:space="preserve"> </w:t>
      </w:r>
      <w:r>
        <w:rPr>
          <w:rFonts w:cs="Arial Unicode MS"/>
          <w:cs/>
          <w:lang w:bidi="hi-IN"/>
        </w:rPr>
        <w:t>अध्ययन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निहितार्थ</w:t>
      </w:r>
      <w:r>
        <w:t xml:space="preserve"> </w:t>
      </w:r>
      <w:r>
        <w:rPr>
          <w:rFonts w:cs="Arial Unicode MS"/>
          <w:cs/>
          <w:lang w:bidi="hi-IN"/>
        </w:rPr>
        <w:t>स्पष्ट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13. </w:t>
      </w:r>
      <w:r>
        <w:rPr>
          <w:rFonts w:cs="Arial Unicode MS"/>
          <w:b/>
          <w:bCs/>
          <w:sz w:val="24"/>
          <w:szCs w:val="24"/>
          <w:cs/>
          <w:lang w:bidi="hi-IN"/>
        </w:rPr>
        <w:t>अध्ययन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की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सीमाएँ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अध्ययन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प्रमुख</w:t>
      </w:r>
      <w:r>
        <w:t xml:space="preserve"> </w:t>
      </w:r>
      <w:r>
        <w:rPr>
          <w:rFonts w:cs="Arial Unicode MS"/>
          <w:cs/>
          <w:lang w:bidi="hi-IN"/>
        </w:rPr>
        <w:t>सीमाओं</w:t>
      </w:r>
      <w:r>
        <w:t xml:space="preserve"> </w:t>
      </w:r>
      <w:r>
        <w:rPr>
          <w:rFonts w:cs="Arial Unicode MS"/>
          <w:cs/>
          <w:lang w:bidi="hi-IN"/>
        </w:rPr>
        <w:t>को</w:t>
      </w:r>
      <w:r>
        <w:t xml:space="preserve"> </w:t>
      </w:r>
      <w:r>
        <w:rPr>
          <w:rFonts w:cs="Arial Unicode MS"/>
          <w:cs/>
          <w:lang w:bidi="hi-IN"/>
        </w:rPr>
        <w:t>स्पष्ट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संक्षिप्त</w:t>
      </w:r>
      <w:r>
        <w:t xml:space="preserve"> </w:t>
      </w:r>
      <w:r>
        <w:rPr>
          <w:rFonts w:cs="Arial Unicode MS"/>
          <w:cs/>
          <w:lang w:bidi="hi-IN"/>
        </w:rPr>
        <w:t>रूप</w:t>
      </w:r>
      <w:r>
        <w:t xml:space="preserve"> </w:t>
      </w:r>
      <w:r>
        <w:rPr>
          <w:rFonts w:cs="Arial Unicode MS"/>
          <w:cs/>
          <w:lang w:bidi="hi-IN"/>
        </w:rPr>
        <w:t>में</w:t>
      </w:r>
      <w:r>
        <w:t xml:space="preserve"> </w:t>
      </w:r>
      <w:r>
        <w:rPr>
          <w:rFonts w:cs="Arial Unicode MS"/>
          <w:cs/>
          <w:lang w:bidi="hi-IN"/>
        </w:rPr>
        <w:t>लिखें।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14. </w:t>
      </w:r>
      <w:r>
        <w:rPr>
          <w:rFonts w:cs="Arial Unicode MS"/>
          <w:b/>
          <w:bCs/>
          <w:sz w:val="24"/>
          <w:szCs w:val="24"/>
          <w:cs/>
          <w:lang w:bidi="hi-IN"/>
        </w:rPr>
        <w:t>निष्कर्ष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अध्ययन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प्रमुख</w:t>
      </w:r>
      <w:r>
        <w:t xml:space="preserve"> </w:t>
      </w:r>
      <w:r>
        <w:rPr>
          <w:rFonts w:cs="Arial Unicode MS"/>
          <w:cs/>
          <w:lang w:bidi="hi-IN"/>
        </w:rPr>
        <w:t>निष्कर्षों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उनके</w:t>
      </w:r>
      <w:r>
        <w:t xml:space="preserve"> </w:t>
      </w:r>
      <w:r>
        <w:rPr>
          <w:rFonts w:cs="Arial Unicode MS"/>
          <w:cs/>
          <w:lang w:bidi="hi-IN"/>
        </w:rPr>
        <w:t>महत्त्व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संक्षिप्त</w:t>
      </w:r>
      <w:r>
        <w:t xml:space="preserve"> </w:t>
      </w:r>
      <w:r>
        <w:rPr>
          <w:rFonts w:cs="Arial Unicode MS"/>
          <w:cs/>
          <w:lang w:bidi="hi-IN"/>
        </w:rPr>
        <w:t>सार</w:t>
      </w:r>
      <w:r>
        <w:t xml:space="preserve"> </w:t>
      </w:r>
      <w:r>
        <w:rPr>
          <w:rFonts w:cs="Arial Unicode MS"/>
          <w:cs/>
          <w:lang w:bidi="hi-IN"/>
        </w:rPr>
        <w:t>प्रस्तुत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 xml:space="preserve"> </w:t>
      </w:r>
      <w:r>
        <w:rPr>
          <w:rFonts w:cs="Arial Unicode MS"/>
          <w:cs/>
          <w:lang w:bidi="hi-IN"/>
        </w:rPr>
        <w:t>नई</w:t>
      </w:r>
      <w:r>
        <w:t xml:space="preserve"> </w:t>
      </w:r>
      <w:r>
        <w:rPr>
          <w:rFonts w:cs="Arial Unicode MS"/>
          <w:cs/>
          <w:lang w:bidi="hi-IN"/>
        </w:rPr>
        <w:t>जानकारी</w:t>
      </w:r>
      <w:r>
        <w:t xml:space="preserve"> </w:t>
      </w:r>
      <w:r>
        <w:rPr>
          <w:rFonts w:cs="Arial Unicode MS"/>
          <w:cs/>
          <w:lang w:bidi="hi-IN"/>
        </w:rPr>
        <w:t>यहाँ</w:t>
      </w:r>
      <w:r>
        <w:t xml:space="preserve"> </w:t>
      </w:r>
      <w:r>
        <w:rPr>
          <w:rFonts w:cs="Arial Unicode MS"/>
          <w:cs/>
          <w:lang w:bidi="hi-IN"/>
        </w:rPr>
        <w:t>न</w:t>
      </w:r>
      <w:r>
        <w:t xml:space="preserve"> </w:t>
      </w:r>
      <w:r>
        <w:rPr>
          <w:rFonts w:cs="Arial Unicode MS"/>
          <w:cs/>
          <w:lang w:bidi="hi-IN"/>
        </w:rPr>
        <w:t>जोड़ें।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15. </w:t>
      </w:r>
      <w:r>
        <w:rPr>
          <w:rFonts w:cs="Arial Unicode MS"/>
          <w:b/>
          <w:bCs/>
          <w:sz w:val="24"/>
          <w:szCs w:val="24"/>
          <w:cs/>
          <w:lang w:bidi="hi-IN"/>
        </w:rPr>
        <w:t>सुझाव</w:t>
      </w:r>
      <w:r>
        <w:rPr>
          <w:b/>
          <w:sz w:val="24"/>
        </w:rPr>
        <w:t xml:space="preserve"> / </w:t>
      </w:r>
      <w:r>
        <w:rPr>
          <w:rFonts w:cs="Arial Unicode MS"/>
          <w:b/>
          <w:bCs/>
          <w:sz w:val="24"/>
          <w:szCs w:val="24"/>
          <w:cs/>
          <w:lang w:bidi="hi-IN"/>
        </w:rPr>
        <w:t>अनुशंसाएँ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अध्ययन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आधार</w:t>
      </w:r>
      <w:r>
        <w:t xml:space="preserve"> </w:t>
      </w:r>
      <w:r>
        <w:rPr>
          <w:rFonts w:cs="Arial Unicode MS"/>
          <w:cs/>
          <w:lang w:bidi="hi-IN"/>
        </w:rPr>
        <w:t>पर</w:t>
      </w:r>
      <w:r>
        <w:t xml:space="preserve"> </w:t>
      </w:r>
      <w:r>
        <w:rPr>
          <w:rFonts w:cs="Arial Unicode MS"/>
          <w:cs/>
          <w:lang w:bidi="hi-IN"/>
        </w:rPr>
        <w:t>व्यावहारिक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शोध</w:t>
      </w:r>
      <w:r>
        <w:t>-</w:t>
      </w:r>
      <w:r>
        <w:rPr>
          <w:rFonts w:cs="Arial Unicode MS"/>
          <w:cs/>
          <w:lang w:bidi="hi-IN"/>
        </w:rPr>
        <w:t>आधारित</w:t>
      </w:r>
      <w:r>
        <w:t xml:space="preserve"> </w:t>
      </w:r>
      <w:r>
        <w:rPr>
          <w:rFonts w:cs="Arial Unicode MS"/>
          <w:cs/>
          <w:lang w:bidi="hi-IN"/>
        </w:rPr>
        <w:t>सुझाव</w:t>
      </w:r>
      <w:r>
        <w:t xml:space="preserve"> </w:t>
      </w:r>
      <w:r>
        <w:rPr>
          <w:rFonts w:cs="Arial Unicode MS"/>
          <w:cs/>
          <w:lang w:bidi="hi-IN"/>
        </w:rPr>
        <w:t>प्रस्तुत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16. </w:t>
      </w:r>
      <w:r>
        <w:rPr>
          <w:rFonts w:cs="Arial Unicode MS"/>
          <w:b/>
          <w:bCs/>
          <w:sz w:val="24"/>
          <w:szCs w:val="24"/>
          <w:cs/>
          <w:lang w:bidi="hi-IN"/>
        </w:rPr>
        <w:t>आभार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यदि</w:t>
      </w:r>
      <w:r>
        <w:t xml:space="preserve"> </w:t>
      </w:r>
      <w:r>
        <w:rPr>
          <w:rFonts w:cs="Arial Unicode MS"/>
          <w:cs/>
          <w:lang w:bidi="hi-IN"/>
        </w:rPr>
        <w:t>आवश्यक</w:t>
      </w:r>
      <w:r>
        <w:t xml:space="preserve"> </w:t>
      </w:r>
      <w:r>
        <w:rPr>
          <w:rFonts w:cs="Arial Unicode MS"/>
          <w:cs/>
          <w:lang w:bidi="hi-IN"/>
        </w:rPr>
        <w:t>हो</w:t>
      </w:r>
      <w:r>
        <w:t xml:space="preserve"> </w:t>
      </w:r>
      <w:r>
        <w:rPr>
          <w:rFonts w:cs="Arial Unicode MS"/>
          <w:cs/>
          <w:lang w:bidi="hi-IN"/>
        </w:rPr>
        <w:t>तो</w:t>
      </w:r>
      <w:r>
        <w:t xml:space="preserve"> </w:t>
      </w:r>
      <w:r>
        <w:rPr>
          <w:rFonts w:cs="Arial Unicode MS"/>
          <w:cs/>
          <w:lang w:bidi="hi-IN"/>
        </w:rPr>
        <w:t>सहयोग</w:t>
      </w:r>
      <w:r>
        <w:t xml:space="preserve"> </w:t>
      </w:r>
      <w:r>
        <w:rPr>
          <w:rFonts w:cs="Arial Unicode MS"/>
          <w:cs/>
          <w:lang w:bidi="hi-IN"/>
        </w:rPr>
        <w:t>करने</w:t>
      </w:r>
      <w:r>
        <w:t xml:space="preserve"> </w:t>
      </w:r>
      <w:r>
        <w:rPr>
          <w:rFonts w:cs="Arial Unicode MS"/>
          <w:cs/>
          <w:lang w:bidi="hi-IN"/>
        </w:rPr>
        <w:t>वाले</w:t>
      </w:r>
      <w:r>
        <w:t xml:space="preserve"> </w:t>
      </w:r>
      <w:r>
        <w:rPr>
          <w:rFonts w:cs="Arial Unicode MS"/>
          <w:cs/>
          <w:lang w:bidi="hi-IN"/>
        </w:rPr>
        <w:t>व्यक्तियों</w:t>
      </w:r>
      <w:r>
        <w:t xml:space="preserve">, </w:t>
      </w:r>
      <w:r>
        <w:rPr>
          <w:rFonts w:cs="Arial Unicode MS"/>
          <w:cs/>
          <w:lang w:bidi="hi-IN"/>
        </w:rPr>
        <w:t>संस्थानों</w:t>
      </w:r>
      <w:r>
        <w:t xml:space="preserve"> </w:t>
      </w:r>
      <w:r>
        <w:rPr>
          <w:rFonts w:cs="Arial Unicode MS"/>
          <w:cs/>
          <w:lang w:bidi="hi-IN"/>
        </w:rPr>
        <w:t>अथवा</w:t>
      </w:r>
      <w:r>
        <w:t xml:space="preserve"> </w:t>
      </w:r>
      <w:r>
        <w:rPr>
          <w:rFonts w:cs="Arial Unicode MS"/>
          <w:cs/>
          <w:lang w:bidi="hi-IN"/>
        </w:rPr>
        <w:t>वित्तीय</w:t>
      </w:r>
      <w:r>
        <w:t xml:space="preserve"> </w:t>
      </w:r>
      <w:r>
        <w:rPr>
          <w:rFonts w:cs="Arial Unicode MS"/>
          <w:cs/>
          <w:lang w:bidi="hi-IN"/>
        </w:rPr>
        <w:t>सहायता</w:t>
      </w:r>
      <w:r>
        <w:t xml:space="preserve"> </w:t>
      </w:r>
      <w:r>
        <w:rPr>
          <w:rFonts w:cs="Arial Unicode MS"/>
          <w:cs/>
          <w:lang w:bidi="hi-IN"/>
        </w:rPr>
        <w:t>देने</w:t>
      </w:r>
      <w:r>
        <w:t xml:space="preserve"> </w:t>
      </w:r>
      <w:r>
        <w:rPr>
          <w:rFonts w:cs="Arial Unicode MS"/>
          <w:cs/>
          <w:lang w:bidi="hi-IN"/>
        </w:rPr>
        <w:t>वाली</w:t>
      </w:r>
      <w:r>
        <w:t xml:space="preserve"> </w:t>
      </w:r>
      <w:r>
        <w:rPr>
          <w:rFonts w:cs="Arial Unicode MS"/>
          <w:cs/>
          <w:lang w:bidi="hi-IN"/>
        </w:rPr>
        <w:t>संस्थाओं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उल्लेख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>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17. </w:t>
      </w:r>
      <w:r>
        <w:rPr>
          <w:rFonts w:cs="Arial Unicode MS"/>
          <w:b/>
          <w:bCs/>
          <w:sz w:val="24"/>
          <w:szCs w:val="24"/>
          <w:cs/>
          <w:lang w:bidi="hi-IN"/>
        </w:rPr>
        <w:t>हितों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का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टकराव</w:t>
      </w:r>
    </w:p>
    <w:p w:rsidR="003512F5" w:rsidRDefault="00C46DBA">
      <w:pPr>
        <w:spacing w:after="120"/>
        <w:rPr>
          <w:rFonts w:hint="eastAsia"/>
        </w:rPr>
      </w:pPr>
      <w:r>
        <w:rPr>
          <w:rFonts w:cs="Arial Unicode MS"/>
          <w:cs/>
          <w:lang w:bidi="hi-IN"/>
        </w:rPr>
        <w:t>लेखक</w:t>
      </w:r>
      <w:r>
        <w:t xml:space="preserve"> </w:t>
      </w:r>
      <w:r>
        <w:rPr>
          <w:rFonts w:cs="Arial Unicode MS"/>
          <w:cs/>
          <w:lang w:bidi="hi-IN"/>
        </w:rPr>
        <w:t>घोषणा</w:t>
      </w:r>
      <w:r>
        <w:t xml:space="preserve"> </w:t>
      </w:r>
      <w:r>
        <w:rPr>
          <w:rFonts w:cs="Arial Unicode MS"/>
          <w:cs/>
          <w:lang w:bidi="hi-IN"/>
        </w:rPr>
        <w:t>करते</w:t>
      </w:r>
      <w:r>
        <w:t xml:space="preserve"> </w:t>
      </w:r>
      <w:r>
        <w:rPr>
          <w:rFonts w:cs="Arial Unicode MS"/>
          <w:cs/>
          <w:lang w:bidi="hi-IN"/>
        </w:rPr>
        <w:t>हैं</w:t>
      </w:r>
      <w:r>
        <w:t xml:space="preserve"> </w:t>
      </w:r>
      <w:r>
        <w:rPr>
          <w:rFonts w:cs="Arial Unicode MS"/>
          <w:cs/>
          <w:lang w:bidi="hi-IN"/>
        </w:rPr>
        <w:t>कि</w:t>
      </w:r>
      <w:r>
        <w:t xml:space="preserve"> </w:t>
      </w:r>
      <w:r>
        <w:rPr>
          <w:rFonts w:cs="Arial Unicode MS"/>
          <w:cs/>
          <w:lang w:bidi="hi-IN"/>
        </w:rPr>
        <w:t>इस</w:t>
      </w:r>
      <w:r>
        <w:t xml:space="preserve"> 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से</w:t>
      </w:r>
      <w:r>
        <w:t xml:space="preserve"> </w:t>
      </w:r>
      <w:r>
        <w:rPr>
          <w:rFonts w:cs="Arial Unicode MS"/>
          <w:cs/>
          <w:lang w:bidi="hi-IN"/>
        </w:rPr>
        <w:t>संबंधित</w:t>
      </w:r>
      <w:r>
        <w:t xml:space="preserve"> </w:t>
      </w:r>
      <w:r>
        <w:rPr>
          <w:rFonts w:cs="Arial Unicode MS"/>
          <w:cs/>
          <w:lang w:bidi="hi-IN"/>
        </w:rPr>
        <w:t>कोई</w:t>
      </w:r>
      <w:r>
        <w:t xml:space="preserve"> </w:t>
      </w:r>
      <w:r>
        <w:rPr>
          <w:rFonts w:cs="Arial Unicode MS"/>
          <w:cs/>
          <w:lang w:bidi="hi-IN"/>
        </w:rPr>
        <w:t>हितों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टकराव</w:t>
      </w:r>
      <w:r>
        <w:t xml:space="preserve"> </w:t>
      </w:r>
      <w:r>
        <w:rPr>
          <w:rFonts w:cs="Arial Unicode MS"/>
          <w:cs/>
          <w:lang w:bidi="hi-IN"/>
        </w:rPr>
        <w:t>नहीं</w:t>
      </w:r>
      <w:r>
        <w:t xml:space="preserve"> </w:t>
      </w:r>
      <w:r>
        <w:rPr>
          <w:rFonts w:cs="Arial Unicode MS"/>
          <w:cs/>
          <w:lang w:bidi="hi-IN"/>
        </w:rPr>
        <w:t>है</w:t>
      </w:r>
      <w:r>
        <w:t xml:space="preserve">, </w:t>
      </w:r>
      <w:r>
        <w:rPr>
          <w:rFonts w:cs="Arial Unicode MS"/>
          <w:cs/>
          <w:lang w:bidi="hi-IN"/>
        </w:rPr>
        <w:t>जब</w:t>
      </w:r>
      <w:r>
        <w:t xml:space="preserve"> </w:t>
      </w:r>
      <w:r>
        <w:rPr>
          <w:rFonts w:cs="Arial Unicode MS"/>
          <w:cs/>
          <w:lang w:bidi="hi-IN"/>
        </w:rPr>
        <w:t>तक</w:t>
      </w:r>
      <w:r>
        <w:t xml:space="preserve"> </w:t>
      </w:r>
      <w:r>
        <w:rPr>
          <w:rFonts w:cs="Arial Unicode MS"/>
          <w:cs/>
          <w:lang w:bidi="hi-IN"/>
        </w:rPr>
        <w:t>कि</w:t>
      </w:r>
      <w:r>
        <w:t xml:space="preserve"> </w:t>
      </w:r>
      <w:r>
        <w:rPr>
          <w:rFonts w:cs="Arial Unicode MS"/>
          <w:cs/>
          <w:lang w:bidi="hi-IN"/>
        </w:rPr>
        <w:t>अन्यथा</w:t>
      </w:r>
      <w:r>
        <w:t xml:space="preserve"> </w:t>
      </w:r>
      <w:r>
        <w:rPr>
          <w:rFonts w:cs="Arial Unicode MS"/>
          <w:cs/>
          <w:lang w:bidi="hi-IN"/>
        </w:rPr>
        <w:t>उल्लेख</w:t>
      </w:r>
      <w:r>
        <w:t xml:space="preserve"> </w:t>
      </w:r>
      <w:r>
        <w:rPr>
          <w:rFonts w:cs="Arial Unicode MS"/>
          <w:cs/>
          <w:lang w:bidi="hi-IN"/>
        </w:rPr>
        <w:t>न</w:t>
      </w:r>
      <w:r>
        <w:t xml:space="preserve"> </w:t>
      </w:r>
      <w:r>
        <w:rPr>
          <w:rFonts w:cs="Arial Unicode MS"/>
          <w:cs/>
          <w:lang w:bidi="hi-IN"/>
        </w:rPr>
        <w:t>किया</w:t>
      </w:r>
      <w:r>
        <w:t xml:space="preserve"> </w:t>
      </w:r>
      <w:r>
        <w:rPr>
          <w:rFonts w:cs="Arial Unicode MS"/>
          <w:cs/>
          <w:lang w:bidi="hi-IN"/>
        </w:rPr>
        <w:t>गया</w:t>
      </w:r>
      <w:r>
        <w:t xml:space="preserve"> </w:t>
      </w:r>
      <w:r>
        <w:rPr>
          <w:rFonts w:cs="Arial Unicode MS"/>
          <w:cs/>
          <w:lang w:bidi="hi-IN"/>
        </w:rPr>
        <w:t>हो।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18. </w:t>
      </w:r>
      <w:r>
        <w:rPr>
          <w:rFonts w:cs="Arial Unicode MS"/>
          <w:b/>
          <w:bCs/>
          <w:sz w:val="24"/>
          <w:szCs w:val="24"/>
          <w:cs/>
          <w:lang w:bidi="hi-IN"/>
        </w:rPr>
        <w:t>वित्तीय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सहायता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वित्तीय</w:t>
      </w:r>
      <w:r>
        <w:t xml:space="preserve"> </w:t>
      </w:r>
      <w:r>
        <w:rPr>
          <w:rFonts w:cs="Arial Unicode MS"/>
          <w:cs/>
          <w:lang w:bidi="hi-IN"/>
        </w:rPr>
        <w:t>सहायता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विवरण</w:t>
      </w:r>
      <w:r>
        <w:t xml:space="preserve"> </w:t>
      </w:r>
      <w:r>
        <w:rPr>
          <w:rFonts w:cs="Arial Unicode MS"/>
          <w:cs/>
          <w:lang w:bidi="hi-IN"/>
        </w:rPr>
        <w:t>दें।</w:t>
      </w:r>
      <w:r>
        <w:t xml:space="preserve"> </w:t>
      </w:r>
      <w:r>
        <w:rPr>
          <w:rFonts w:cs="Arial Unicode MS"/>
          <w:cs/>
          <w:lang w:bidi="hi-IN"/>
        </w:rPr>
        <w:t>यदि</w:t>
      </w:r>
      <w:r>
        <w:t xml:space="preserve"> </w:t>
      </w:r>
      <w:r>
        <w:rPr>
          <w:rFonts w:cs="Arial Unicode MS"/>
          <w:cs/>
          <w:lang w:bidi="hi-IN"/>
        </w:rPr>
        <w:t>कोई</w:t>
      </w:r>
      <w:r>
        <w:t xml:space="preserve"> </w:t>
      </w:r>
      <w:r>
        <w:rPr>
          <w:rFonts w:cs="Arial Unicode MS"/>
          <w:cs/>
          <w:lang w:bidi="hi-IN"/>
        </w:rPr>
        <w:t>बाहरी</w:t>
      </w:r>
      <w:r>
        <w:t xml:space="preserve"> </w:t>
      </w:r>
      <w:r>
        <w:rPr>
          <w:rFonts w:cs="Arial Unicode MS"/>
          <w:cs/>
          <w:lang w:bidi="hi-IN"/>
        </w:rPr>
        <w:t>वित्तीय</w:t>
      </w:r>
      <w:r>
        <w:t xml:space="preserve"> </w:t>
      </w:r>
      <w:r>
        <w:rPr>
          <w:rFonts w:cs="Arial Unicode MS"/>
          <w:cs/>
          <w:lang w:bidi="hi-IN"/>
        </w:rPr>
        <w:t>सहायता</w:t>
      </w:r>
      <w:r>
        <w:t xml:space="preserve"> </w:t>
      </w:r>
      <w:r>
        <w:rPr>
          <w:rFonts w:cs="Arial Unicode MS"/>
          <w:cs/>
          <w:lang w:bidi="hi-IN"/>
        </w:rPr>
        <w:t>प्राप्त</w:t>
      </w:r>
      <w:r>
        <w:t xml:space="preserve"> </w:t>
      </w:r>
      <w:r>
        <w:rPr>
          <w:rFonts w:cs="Arial Unicode MS"/>
          <w:cs/>
          <w:lang w:bidi="hi-IN"/>
        </w:rPr>
        <w:t>नहीं</w:t>
      </w:r>
      <w:r>
        <w:t xml:space="preserve"> </w:t>
      </w:r>
      <w:r>
        <w:rPr>
          <w:rFonts w:cs="Arial Unicode MS"/>
          <w:cs/>
          <w:lang w:bidi="hi-IN"/>
        </w:rPr>
        <w:t>हुई</w:t>
      </w:r>
      <w:r>
        <w:t xml:space="preserve"> </w:t>
      </w:r>
      <w:r>
        <w:rPr>
          <w:rFonts w:cs="Arial Unicode MS"/>
          <w:cs/>
          <w:lang w:bidi="hi-IN"/>
        </w:rPr>
        <w:t>है</w:t>
      </w:r>
      <w:r>
        <w:t xml:space="preserve">, </w:t>
      </w:r>
      <w:r>
        <w:rPr>
          <w:rFonts w:cs="Arial Unicode MS"/>
          <w:cs/>
          <w:lang w:bidi="hi-IN"/>
        </w:rPr>
        <w:t>तो</w:t>
      </w:r>
      <w:r>
        <w:t xml:space="preserve"> </w:t>
      </w:r>
      <w:r>
        <w:rPr>
          <w:rFonts w:cs="Arial Unicode MS"/>
          <w:cs/>
          <w:lang w:bidi="hi-IN"/>
        </w:rPr>
        <w:t>लिखें</w:t>
      </w:r>
      <w:r>
        <w:t>: “</w:t>
      </w:r>
      <w:r>
        <w:rPr>
          <w:rFonts w:cs="Arial Unicode MS"/>
          <w:cs/>
          <w:lang w:bidi="hi-IN"/>
        </w:rPr>
        <w:t>इस</w:t>
      </w:r>
      <w:r>
        <w:t xml:space="preserve"> 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लिए</w:t>
      </w:r>
      <w:r>
        <w:t xml:space="preserve"> </w:t>
      </w:r>
      <w:r>
        <w:rPr>
          <w:rFonts w:cs="Arial Unicode MS"/>
          <w:cs/>
          <w:lang w:bidi="hi-IN"/>
        </w:rPr>
        <w:t>कोई</w:t>
      </w:r>
      <w:r>
        <w:t xml:space="preserve"> </w:t>
      </w:r>
      <w:r>
        <w:rPr>
          <w:rFonts w:cs="Arial Unicode MS"/>
          <w:cs/>
          <w:lang w:bidi="hi-IN"/>
        </w:rPr>
        <w:t>बाहरी</w:t>
      </w:r>
      <w:r>
        <w:t xml:space="preserve"> </w:t>
      </w:r>
      <w:r>
        <w:rPr>
          <w:rFonts w:cs="Arial Unicode MS"/>
          <w:cs/>
          <w:lang w:bidi="hi-IN"/>
        </w:rPr>
        <w:t>वित्तीय</w:t>
      </w:r>
      <w:r>
        <w:t xml:space="preserve"> </w:t>
      </w:r>
      <w:r>
        <w:rPr>
          <w:rFonts w:cs="Arial Unicode MS"/>
          <w:cs/>
          <w:lang w:bidi="hi-IN"/>
        </w:rPr>
        <w:t>सहायता</w:t>
      </w:r>
      <w:r>
        <w:t xml:space="preserve"> </w:t>
      </w:r>
      <w:r>
        <w:rPr>
          <w:rFonts w:cs="Arial Unicode MS"/>
          <w:cs/>
          <w:lang w:bidi="hi-IN"/>
        </w:rPr>
        <w:t>प्राप्त</w:t>
      </w:r>
      <w:r>
        <w:t xml:space="preserve"> </w:t>
      </w:r>
      <w:r>
        <w:rPr>
          <w:rFonts w:cs="Arial Unicode MS"/>
          <w:cs/>
          <w:lang w:bidi="hi-IN"/>
        </w:rPr>
        <w:t>नहीं</w:t>
      </w:r>
      <w:r>
        <w:t xml:space="preserve"> </w:t>
      </w:r>
      <w:r>
        <w:rPr>
          <w:rFonts w:cs="Arial Unicode MS"/>
          <w:cs/>
          <w:lang w:bidi="hi-IN"/>
        </w:rPr>
        <w:t>हुई।</w:t>
      </w:r>
      <w:r>
        <w:t>”]</w:t>
      </w:r>
    </w:p>
    <w:p w:rsidR="003512F5" w:rsidRDefault="00C46DBA">
      <w:pPr>
        <w:spacing w:before="160" w:after="60"/>
        <w:rPr>
          <w:rFonts w:hint="eastAsia"/>
        </w:rPr>
      </w:pPr>
      <w:r>
        <w:rPr>
          <w:b/>
          <w:sz w:val="24"/>
        </w:rPr>
        <w:t xml:space="preserve">19. </w:t>
      </w:r>
      <w:r>
        <w:rPr>
          <w:rFonts w:cs="Arial Unicode MS"/>
          <w:b/>
          <w:bCs/>
          <w:sz w:val="24"/>
          <w:szCs w:val="24"/>
          <w:cs/>
          <w:lang w:bidi="hi-IN"/>
        </w:rPr>
        <w:t>संदर्भ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सूची</w:t>
      </w:r>
    </w:p>
    <w:p w:rsidR="003512F5" w:rsidRDefault="00C46DBA">
      <w:pPr>
        <w:spacing w:after="120"/>
        <w:rPr>
          <w:rFonts w:hint="eastAsia"/>
        </w:rPr>
      </w:pPr>
      <w:r>
        <w:t>[</w:t>
      </w:r>
      <w:r>
        <w:rPr>
          <w:rFonts w:cs="Arial Unicode MS"/>
          <w:cs/>
          <w:lang w:bidi="hi-IN"/>
        </w:rPr>
        <w:t>सभी</w:t>
      </w:r>
      <w:r>
        <w:t xml:space="preserve"> </w:t>
      </w:r>
      <w:r>
        <w:rPr>
          <w:rFonts w:cs="Arial Unicode MS"/>
          <w:cs/>
          <w:lang w:bidi="hi-IN"/>
        </w:rPr>
        <w:t>उद्धृत</w:t>
      </w:r>
      <w:r>
        <w:t xml:space="preserve"> </w:t>
      </w:r>
      <w:r>
        <w:rPr>
          <w:rFonts w:cs="Arial Unicode MS"/>
          <w:cs/>
          <w:lang w:bidi="hi-IN"/>
        </w:rPr>
        <w:t>स्रोतों</w:t>
      </w:r>
      <w:r>
        <w:t xml:space="preserve"> </w:t>
      </w:r>
      <w:r>
        <w:rPr>
          <w:rFonts w:cs="Arial Unicode MS"/>
          <w:cs/>
          <w:lang w:bidi="hi-IN"/>
        </w:rPr>
        <w:t>को</w:t>
      </w:r>
      <w:r>
        <w:t xml:space="preserve"> APA 7th edition </w:t>
      </w:r>
      <w:r>
        <w:rPr>
          <w:rFonts w:cs="Arial Unicode MS"/>
          <w:cs/>
          <w:lang w:bidi="hi-IN"/>
        </w:rPr>
        <w:t>शैली</w:t>
      </w:r>
      <w:r>
        <w:t xml:space="preserve"> </w:t>
      </w:r>
      <w:r>
        <w:rPr>
          <w:rFonts w:cs="Arial Unicode MS"/>
          <w:cs/>
          <w:lang w:bidi="hi-IN"/>
        </w:rPr>
        <w:t>में</w:t>
      </w:r>
      <w:r>
        <w:t xml:space="preserve"> </w:t>
      </w:r>
      <w:r>
        <w:rPr>
          <w:rFonts w:cs="Arial Unicode MS"/>
          <w:cs/>
          <w:lang w:bidi="hi-IN"/>
        </w:rPr>
        <w:t>प्रस्तुत</w:t>
      </w:r>
      <w:r>
        <w:t xml:space="preserve"> </w:t>
      </w:r>
      <w:r>
        <w:rPr>
          <w:rFonts w:cs="Arial Unicode MS"/>
          <w:cs/>
          <w:lang w:bidi="hi-IN"/>
        </w:rPr>
        <w:t>करें।</w:t>
      </w:r>
      <w:r>
        <w:t xml:space="preserve"> </w:t>
      </w:r>
      <w:r>
        <w:rPr>
          <w:rFonts w:cs="Arial Unicode MS"/>
          <w:cs/>
          <w:lang w:bidi="hi-IN"/>
        </w:rPr>
        <w:t>प्रत्येक</w:t>
      </w:r>
      <w:r>
        <w:t xml:space="preserve"> </w:t>
      </w:r>
      <w:r>
        <w:rPr>
          <w:rFonts w:cs="Arial Unicode MS"/>
          <w:cs/>
          <w:lang w:bidi="hi-IN"/>
        </w:rPr>
        <w:t>अंतःपाठीय</w:t>
      </w:r>
      <w:r>
        <w:t xml:space="preserve"> </w:t>
      </w:r>
      <w:r>
        <w:rPr>
          <w:rFonts w:cs="Arial Unicode MS"/>
          <w:cs/>
          <w:lang w:bidi="hi-IN"/>
        </w:rPr>
        <w:t>उद्धरण</w:t>
      </w:r>
      <w:r>
        <w:t xml:space="preserve"> </w:t>
      </w:r>
      <w:r>
        <w:rPr>
          <w:rFonts w:cs="Arial Unicode MS"/>
          <w:cs/>
          <w:lang w:bidi="hi-IN"/>
        </w:rPr>
        <w:t>संदर्भ</w:t>
      </w:r>
      <w:r>
        <w:t xml:space="preserve"> </w:t>
      </w:r>
      <w:r>
        <w:rPr>
          <w:rFonts w:cs="Arial Unicode MS"/>
          <w:cs/>
          <w:lang w:bidi="hi-IN"/>
        </w:rPr>
        <w:t>सूची</w:t>
      </w:r>
      <w:r>
        <w:t xml:space="preserve"> </w:t>
      </w:r>
      <w:r>
        <w:rPr>
          <w:rFonts w:cs="Arial Unicode MS"/>
          <w:cs/>
          <w:lang w:bidi="hi-IN"/>
        </w:rPr>
        <w:t>में</w:t>
      </w:r>
      <w:r>
        <w:t xml:space="preserve"> </w:t>
      </w:r>
      <w:r>
        <w:rPr>
          <w:rFonts w:cs="Arial Unicode MS"/>
          <w:cs/>
          <w:lang w:bidi="hi-IN"/>
        </w:rPr>
        <w:t>तथा</w:t>
      </w:r>
      <w:r>
        <w:t xml:space="preserve"> </w:t>
      </w:r>
      <w:r>
        <w:rPr>
          <w:rFonts w:cs="Arial Unicode MS"/>
          <w:cs/>
          <w:lang w:bidi="hi-IN"/>
        </w:rPr>
        <w:t>संदर्भ</w:t>
      </w:r>
      <w:r>
        <w:t xml:space="preserve"> </w:t>
      </w:r>
      <w:r>
        <w:rPr>
          <w:rFonts w:cs="Arial Unicode MS"/>
          <w:cs/>
          <w:lang w:bidi="hi-IN"/>
        </w:rPr>
        <w:t>सूची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प्रत्येक</w:t>
      </w:r>
      <w:r>
        <w:t xml:space="preserve"> </w:t>
      </w:r>
      <w:r>
        <w:rPr>
          <w:rFonts w:cs="Arial Unicode MS"/>
          <w:cs/>
          <w:lang w:bidi="hi-IN"/>
        </w:rPr>
        <w:t>स्रोत</w:t>
      </w:r>
      <w:r>
        <w:t xml:space="preserve"> </w:t>
      </w:r>
      <w:r>
        <w:rPr>
          <w:rFonts w:cs="Arial Unicode MS"/>
          <w:cs/>
          <w:lang w:bidi="hi-IN"/>
        </w:rPr>
        <w:t>पाठ</w:t>
      </w:r>
      <w:r>
        <w:t xml:space="preserve"> </w:t>
      </w:r>
      <w:r>
        <w:rPr>
          <w:rFonts w:cs="Arial Unicode MS"/>
          <w:cs/>
          <w:lang w:bidi="hi-IN"/>
        </w:rPr>
        <w:t>में</w:t>
      </w:r>
      <w:r>
        <w:t xml:space="preserve"> </w:t>
      </w:r>
      <w:r>
        <w:rPr>
          <w:rFonts w:cs="Arial Unicode MS"/>
          <w:cs/>
          <w:lang w:bidi="hi-IN"/>
        </w:rPr>
        <w:t>उद्धृत</w:t>
      </w:r>
      <w:r>
        <w:t xml:space="preserve"> </w:t>
      </w:r>
      <w:r>
        <w:rPr>
          <w:rFonts w:cs="Arial Unicode MS"/>
          <w:cs/>
          <w:lang w:bidi="hi-IN"/>
        </w:rPr>
        <w:t>होना</w:t>
      </w:r>
      <w:r>
        <w:t xml:space="preserve"> </w:t>
      </w:r>
      <w:r>
        <w:rPr>
          <w:rFonts w:cs="Arial Unicode MS"/>
          <w:cs/>
          <w:lang w:bidi="hi-IN"/>
        </w:rPr>
        <w:t>चाहिए।</w:t>
      </w:r>
      <w:r>
        <w:t>]</w:t>
      </w:r>
    </w:p>
    <w:p w:rsidR="003512F5" w:rsidRDefault="00C46DBA">
      <w:pPr>
        <w:rPr>
          <w:rFonts w:hint="eastAsia"/>
        </w:rPr>
      </w:pPr>
      <w:r>
        <w:rPr>
          <w:b/>
          <w:sz w:val="24"/>
        </w:rPr>
        <w:t xml:space="preserve">20. </w:t>
      </w:r>
      <w:r>
        <w:rPr>
          <w:rFonts w:cs="Arial Unicode MS"/>
          <w:b/>
          <w:bCs/>
          <w:sz w:val="24"/>
          <w:szCs w:val="24"/>
          <w:cs/>
          <w:lang w:bidi="hi-IN"/>
        </w:rPr>
        <w:t>सारणी</w:t>
      </w:r>
      <w:r>
        <w:rPr>
          <w:b/>
          <w:sz w:val="24"/>
        </w:rPr>
        <w:t xml:space="preserve"> / </w:t>
      </w:r>
      <w:r>
        <w:rPr>
          <w:rFonts w:cs="Arial Unicode MS"/>
          <w:b/>
          <w:bCs/>
          <w:sz w:val="24"/>
          <w:szCs w:val="24"/>
          <w:cs/>
          <w:lang w:bidi="hi-IN"/>
        </w:rPr>
        <w:t>चित्र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का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प्रारूप</w:t>
      </w:r>
    </w:p>
    <w:p w:rsidR="003512F5" w:rsidRDefault="00C46DBA">
      <w:pPr>
        <w:jc w:val="center"/>
        <w:rPr>
          <w:rFonts w:hint="eastAsia"/>
        </w:rPr>
      </w:pPr>
      <w:r>
        <w:rPr>
          <w:rFonts w:cs="Arial Unicode MS"/>
          <w:cs/>
          <w:lang w:bidi="hi-IN"/>
        </w:rPr>
        <w:t>सारणी</w:t>
      </w:r>
      <w:r>
        <w:t xml:space="preserve"> 1. [</w:t>
      </w:r>
      <w:r>
        <w:rPr>
          <w:rFonts w:cs="Arial Unicode MS"/>
          <w:cs/>
          <w:lang w:bidi="hi-IN"/>
        </w:rPr>
        <w:t>सारणी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स्पष्ट</w:t>
      </w:r>
      <w:r>
        <w:t xml:space="preserve"> </w:t>
      </w:r>
      <w:r>
        <w:rPr>
          <w:rFonts w:cs="Arial Unicode MS"/>
          <w:cs/>
          <w:lang w:bidi="hi-IN"/>
        </w:rPr>
        <w:t>शीर्षक</w:t>
      </w:r>
      <w:r>
        <w:t>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w:rsidR="003512F5">
        <w:trPr>
          <w:jc w:val="center"/>
        </w:trPr>
        <w:tc>
          <w:tcPr>
            <w:tcW w:w="2520" w:type="dxa"/>
            <w:shd w:val="clear" w:color="auto" w:fill="17365D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lastRenderedPageBreak/>
              <w:t>चर</w:t>
            </w:r>
          </w:p>
        </w:tc>
        <w:tc>
          <w:tcPr>
            <w:tcW w:w="2520" w:type="dxa"/>
            <w:shd w:val="clear" w:color="auto" w:fill="17365D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श्रेणी</w:t>
            </w:r>
          </w:p>
        </w:tc>
        <w:tc>
          <w:tcPr>
            <w:tcW w:w="2520" w:type="dxa"/>
            <w:shd w:val="clear" w:color="auto" w:fill="17365D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आवृत्ति</w:t>
            </w:r>
            <w:r>
              <w:rPr>
                <w:b/>
                <w:color w:val="FFFFFF"/>
                <w:sz w:val="18"/>
              </w:rPr>
              <w:t xml:space="preserve"> (n)</w:t>
            </w:r>
          </w:p>
        </w:tc>
        <w:tc>
          <w:tcPr>
            <w:tcW w:w="2520" w:type="dxa"/>
            <w:shd w:val="clear" w:color="auto" w:fill="17365D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rFonts w:cs="Arial Unicode MS"/>
                <w:b/>
                <w:bCs/>
                <w:color w:val="FFFFFF"/>
                <w:sz w:val="18"/>
                <w:szCs w:val="18"/>
                <w:cs/>
                <w:lang w:bidi="hi-IN"/>
              </w:rPr>
              <w:t>प्रतिशत</w:t>
            </w:r>
            <w:r>
              <w:rPr>
                <w:b/>
                <w:color w:val="FFFFFF"/>
                <w:sz w:val="18"/>
              </w:rPr>
              <w:t xml:space="preserve"> (%)</w:t>
            </w:r>
          </w:p>
        </w:tc>
      </w:tr>
      <w:tr w:rsidR="003512F5">
        <w:trPr>
          <w:jc w:val="center"/>
        </w:trPr>
        <w:tc>
          <w:tcPr>
            <w:tcW w:w="252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[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चर</w:t>
            </w:r>
            <w:r>
              <w:rPr>
                <w:sz w:val="18"/>
              </w:rPr>
              <w:t>]</w:t>
            </w:r>
          </w:p>
        </w:tc>
        <w:tc>
          <w:tcPr>
            <w:tcW w:w="252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[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श्रेणी</w:t>
            </w:r>
            <w:r>
              <w:rPr>
                <w:sz w:val="18"/>
              </w:rPr>
              <w:t>]</w:t>
            </w:r>
          </w:p>
        </w:tc>
        <w:tc>
          <w:tcPr>
            <w:tcW w:w="252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[n]</w:t>
            </w:r>
          </w:p>
        </w:tc>
        <w:tc>
          <w:tcPr>
            <w:tcW w:w="252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[%]</w:t>
            </w:r>
          </w:p>
        </w:tc>
      </w:tr>
      <w:tr w:rsidR="003512F5">
        <w:trPr>
          <w:jc w:val="center"/>
        </w:trPr>
        <w:tc>
          <w:tcPr>
            <w:tcW w:w="252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[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चर</w:t>
            </w:r>
            <w:r>
              <w:rPr>
                <w:sz w:val="18"/>
              </w:rPr>
              <w:t>]</w:t>
            </w:r>
          </w:p>
        </w:tc>
        <w:tc>
          <w:tcPr>
            <w:tcW w:w="252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[</w:t>
            </w:r>
            <w:r>
              <w:rPr>
                <w:rFonts w:cs="Arial Unicode MS"/>
                <w:sz w:val="18"/>
                <w:szCs w:val="18"/>
                <w:cs/>
                <w:lang w:bidi="hi-IN"/>
              </w:rPr>
              <w:t>श्रेणी</w:t>
            </w:r>
            <w:r>
              <w:rPr>
                <w:sz w:val="18"/>
              </w:rPr>
              <w:t>]</w:t>
            </w:r>
          </w:p>
        </w:tc>
        <w:tc>
          <w:tcPr>
            <w:tcW w:w="252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[n]</w:t>
            </w:r>
          </w:p>
        </w:tc>
        <w:tc>
          <w:tcPr>
            <w:tcW w:w="2520" w:type="dxa"/>
            <w:vAlign w:val="center"/>
          </w:tcPr>
          <w:p w:rsidR="003512F5" w:rsidRDefault="00C46DBA">
            <w:pPr>
              <w:jc w:val="center"/>
              <w:rPr>
                <w:rFonts w:hint="eastAsia"/>
              </w:rPr>
            </w:pPr>
            <w:r>
              <w:rPr>
                <w:sz w:val="18"/>
              </w:rPr>
              <w:t>[%]</w:t>
            </w:r>
          </w:p>
        </w:tc>
      </w:tr>
    </w:tbl>
    <w:p w:rsidR="003512F5" w:rsidRDefault="00C46DBA">
      <w:pPr>
        <w:rPr>
          <w:rFonts w:hint="eastAsia"/>
        </w:rPr>
      </w:pPr>
      <w:r>
        <w:rPr>
          <w:b/>
          <w:sz w:val="24"/>
        </w:rPr>
        <w:t xml:space="preserve">21. </w:t>
      </w:r>
      <w:r>
        <w:rPr>
          <w:rFonts w:cs="Arial Unicode MS"/>
          <w:b/>
          <w:bCs/>
          <w:sz w:val="24"/>
          <w:szCs w:val="24"/>
          <w:cs/>
          <w:lang w:bidi="hi-IN"/>
        </w:rPr>
        <w:t>लेखक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घोषणा</w:t>
      </w:r>
    </w:p>
    <w:p w:rsidR="003512F5" w:rsidRDefault="00C46DBA">
      <w:pPr>
        <w:rPr>
          <w:rFonts w:hint="eastAsia"/>
        </w:rPr>
      </w:pPr>
      <w:r>
        <w:rPr>
          <w:rFonts w:cs="Arial Unicode MS"/>
          <w:cs/>
          <w:lang w:bidi="hi-IN"/>
        </w:rPr>
        <w:t>लेखक</w:t>
      </w:r>
      <w:r>
        <w:t>/</w:t>
      </w:r>
      <w:r>
        <w:rPr>
          <w:rFonts w:cs="Arial Unicode MS"/>
          <w:cs/>
          <w:lang w:bidi="hi-IN"/>
        </w:rPr>
        <w:t>लेखकगण</w:t>
      </w:r>
      <w:r>
        <w:t xml:space="preserve"> </w:t>
      </w:r>
      <w:r>
        <w:rPr>
          <w:rFonts w:cs="Arial Unicode MS"/>
          <w:cs/>
          <w:lang w:bidi="hi-IN"/>
        </w:rPr>
        <w:t>यह</w:t>
      </w:r>
      <w:r>
        <w:t xml:space="preserve"> </w:t>
      </w:r>
      <w:r>
        <w:rPr>
          <w:rFonts w:cs="Arial Unicode MS"/>
          <w:cs/>
          <w:lang w:bidi="hi-IN"/>
        </w:rPr>
        <w:t>पुष्टि</w:t>
      </w:r>
      <w:r>
        <w:t xml:space="preserve"> </w:t>
      </w:r>
      <w:r>
        <w:rPr>
          <w:rFonts w:cs="Arial Unicode MS"/>
          <w:cs/>
          <w:lang w:bidi="hi-IN"/>
        </w:rPr>
        <w:t>करते</w:t>
      </w:r>
      <w:r>
        <w:t xml:space="preserve"> </w:t>
      </w:r>
      <w:r>
        <w:rPr>
          <w:rFonts w:cs="Arial Unicode MS"/>
          <w:cs/>
          <w:lang w:bidi="hi-IN"/>
        </w:rPr>
        <w:t>हैं</w:t>
      </w:r>
      <w:r>
        <w:t xml:space="preserve"> </w:t>
      </w:r>
      <w:r>
        <w:rPr>
          <w:rFonts w:cs="Arial Unicode MS"/>
          <w:cs/>
          <w:lang w:bidi="hi-IN"/>
        </w:rPr>
        <w:t>कि</w:t>
      </w:r>
      <w:r>
        <w:t xml:space="preserve"> </w:t>
      </w:r>
      <w:r>
        <w:rPr>
          <w:rFonts w:cs="Arial Unicode MS"/>
          <w:cs/>
          <w:lang w:bidi="hi-IN"/>
        </w:rPr>
        <w:t>शोध</w:t>
      </w:r>
      <w:r>
        <w:t>-</w:t>
      </w:r>
      <w:r>
        <w:rPr>
          <w:rFonts w:cs="Arial Unicode MS"/>
          <w:cs/>
          <w:lang w:bidi="hi-IN"/>
        </w:rPr>
        <w:t>पत्र</w:t>
      </w:r>
      <w:r>
        <w:t xml:space="preserve"> </w:t>
      </w:r>
      <w:r>
        <w:rPr>
          <w:rFonts w:cs="Arial Unicode MS"/>
          <w:cs/>
          <w:lang w:bidi="hi-IN"/>
        </w:rPr>
        <w:t>मौलिक</w:t>
      </w:r>
      <w:r>
        <w:t xml:space="preserve"> </w:t>
      </w:r>
      <w:r>
        <w:rPr>
          <w:rFonts w:cs="Arial Unicode MS"/>
          <w:cs/>
          <w:lang w:bidi="hi-IN"/>
        </w:rPr>
        <w:t>है</w:t>
      </w:r>
      <w:r>
        <w:t xml:space="preserve">, </w:t>
      </w:r>
      <w:r>
        <w:rPr>
          <w:rFonts w:cs="Arial Unicode MS"/>
          <w:cs/>
          <w:lang w:bidi="hi-IN"/>
        </w:rPr>
        <w:t>अन्यत्र</w:t>
      </w:r>
      <w:r>
        <w:t xml:space="preserve"> </w:t>
      </w:r>
      <w:r>
        <w:rPr>
          <w:rFonts w:cs="Arial Unicode MS"/>
          <w:cs/>
          <w:lang w:bidi="hi-IN"/>
        </w:rPr>
        <w:t>प्रकाशित</w:t>
      </w:r>
      <w:r>
        <w:t xml:space="preserve"> </w:t>
      </w:r>
      <w:r>
        <w:rPr>
          <w:rFonts w:cs="Arial Unicode MS"/>
          <w:cs/>
          <w:lang w:bidi="hi-IN"/>
        </w:rPr>
        <w:t>नहीं</w:t>
      </w:r>
      <w:r>
        <w:t xml:space="preserve"> </w:t>
      </w:r>
      <w:r>
        <w:rPr>
          <w:rFonts w:cs="Arial Unicode MS"/>
          <w:cs/>
          <w:lang w:bidi="hi-IN"/>
        </w:rPr>
        <w:t>हुआ</w:t>
      </w:r>
      <w:r>
        <w:t xml:space="preserve"> </w:t>
      </w:r>
      <w:r>
        <w:rPr>
          <w:rFonts w:cs="Arial Unicode MS"/>
          <w:cs/>
          <w:lang w:bidi="hi-IN"/>
        </w:rPr>
        <w:t>है</w:t>
      </w:r>
      <w:r>
        <w:t xml:space="preserve"> </w:t>
      </w:r>
      <w:r>
        <w:rPr>
          <w:rFonts w:cs="Arial Unicode MS"/>
          <w:cs/>
          <w:lang w:bidi="hi-IN"/>
        </w:rPr>
        <w:t>तथा</w:t>
      </w:r>
      <w:r>
        <w:t xml:space="preserve"> </w:t>
      </w:r>
      <w:r>
        <w:rPr>
          <w:rFonts w:cs="Arial Unicode MS"/>
          <w:cs/>
          <w:lang w:bidi="hi-IN"/>
        </w:rPr>
        <w:t>एक</w:t>
      </w:r>
      <w:r>
        <w:t xml:space="preserve"> </w:t>
      </w:r>
      <w:r>
        <w:rPr>
          <w:rFonts w:cs="Arial Unicode MS"/>
          <w:cs/>
          <w:lang w:bidi="hi-IN"/>
        </w:rPr>
        <w:t>साथ</w:t>
      </w:r>
      <w:r>
        <w:t xml:space="preserve"> </w:t>
      </w:r>
      <w:r>
        <w:rPr>
          <w:rFonts w:cs="Arial Unicode MS"/>
          <w:cs/>
          <w:lang w:bidi="hi-IN"/>
        </w:rPr>
        <w:t>किसी</w:t>
      </w:r>
      <w:r>
        <w:t xml:space="preserve"> </w:t>
      </w:r>
      <w:r>
        <w:rPr>
          <w:rFonts w:cs="Arial Unicode MS"/>
          <w:cs/>
          <w:lang w:bidi="hi-IN"/>
        </w:rPr>
        <w:t>अन्य</w:t>
      </w:r>
      <w:r>
        <w:t xml:space="preserve"> </w:t>
      </w:r>
      <w:r>
        <w:rPr>
          <w:rFonts w:cs="Arial Unicode MS"/>
          <w:cs/>
          <w:lang w:bidi="hi-IN"/>
        </w:rPr>
        <w:t>जर्नल</w:t>
      </w:r>
      <w:r>
        <w:t xml:space="preserve"> </w:t>
      </w:r>
      <w:r>
        <w:rPr>
          <w:rFonts w:cs="Arial Unicode MS"/>
          <w:cs/>
          <w:lang w:bidi="hi-IN"/>
        </w:rPr>
        <w:t>में</w:t>
      </w:r>
      <w:r>
        <w:t xml:space="preserve"> </w:t>
      </w:r>
      <w:r>
        <w:rPr>
          <w:rFonts w:cs="Arial Unicode MS"/>
          <w:cs/>
          <w:lang w:bidi="hi-IN"/>
        </w:rPr>
        <w:t>प्रकाशन</w:t>
      </w:r>
      <w:r>
        <w:t xml:space="preserve"> </w:t>
      </w:r>
      <w:r>
        <w:rPr>
          <w:rFonts w:cs="Arial Unicode MS"/>
          <w:cs/>
          <w:lang w:bidi="hi-IN"/>
        </w:rPr>
        <w:t>हेतु</w:t>
      </w:r>
      <w:r>
        <w:t xml:space="preserve"> </w:t>
      </w:r>
      <w:r>
        <w:rPr>
          <w:rFonts w:cs="Arial Unicode MS"/>
          <w:cs/>
          <w:lang w:bidi="hi-IN"/>
        </w:rPr>
        <w:t>प्रस्तुत</w:t>
      </w:r>
      <w:r>
        <w:t xml:space="preserve"> </w:t>
      </w:r>
      <w:r>
        <w:rPr>
          <w:rFonts w:cs="Arial Unicode MS"/>
          <w:cs/>
          <w:lang w:bidi="hi-IN"/>
        </w:rPr>
        <w:t>नहीं</w:t>
      </w:r>
      <w:r>
        <w:t xml:space="preserve"> </w:t>
      </w:r>
      <w:r>
        <w:rPr>
          <w:rFonts w:cs="Arial Unicode MS"/>
          <w:cs/>
          <w:lang w:bidi="hi-IN"/>
        </w:rPr>
        <w:t>किया</w:t>
      </w:r>
      <w:r>
        <w:t xml:space="preserve"> </w:t>
      </w:r>
      <w:r>
        <w:rPr>
          <w:rFonts w:cs="Arial Unicode MS"/>
          <w:cs/>
          <w:lang w:bidi="hi-IN"/>
        </w:rPr>
        <w:t>गया</w:t>
      </w:r>
      <w:r>
        <w:t xml:space="preserve"> </w:t>
      </w:r>
      <w:r>
        <w:rPr>
          <w:rFonts w:cs="Arial Unicode MS"/>
          <w:cs/>
          <w:lang w:bidi="hi-IN"/>
        </w:rPr>
        <w:t>है।</w:t>
      </w:r>
      <w:r>
        <w:t xml:space="preserve"> </w:t>
      </w:r>
      <w:r>
        <w:rPr>
          <w:rFonts w:cs="Arial Unicode MS"/>
          <w:cs/>
          <w:lang w:bidi="hi-IN"/>
        </w:rPr>
        <w:t>सभी</w:t>
      </w:r>
      <w:r>
        <w:t xml:space="preserve"> </w:t>
      </w:r>
      <w:r>
        <w:rPr>
          <w:rFonts w:cs="Arial Unicode MS"/>
          <w:cs/>
          <w:lang w:bidi="hi-IN"/>
        </w:rPr>
        <w:t>स्रोतों</w:t>
      </w:r>
      <w:r>
        <w:t xml:space="preserve"> </w:t>
      </w:r>
      <w:r>
        <w:rPr>
          <w:rFonts w:cs="Arial Unicode MS"/>
          <w:cs/>
          <w:lang w:bidi="hi-IN"/>
        </w:rPr>
        <w:t>को</w:t>
      </w:r>
      <w:r>
        <w:t xml:space="preserve"> </w:t>
      </w:r>
      <w:r>
        <w:rPr>
          <w:rFonts w:cs="Arial Unicode MS"/>
          <w:cs/>
          <w:lang w:bidi="hi-IN"/>
        </w:rPr>
        <w:t>उचित</w:t>
      </w:r>
      <w:r>
        <w:t xml:space="preserve"> </w:t>
      </w:r>
      <w:r>
        <w:rPr>
          <w:rFonts w:cs="Arial Unicode MS"/>
          <w:cs/>
          <w:lang w:bidi="hi-IN"/>
        </w:rPr>
        <w:t>रूप</w:t>
      </w:r>
      <w:r>
        <w:t xml:space="preserve"> </w:t>
      </w:r>
      <w:r>
        <w:rPr>
          <w:rFonts w:cs="Arial Unicode MS"/>
          <w:cs/>
          <w:lang w:bidi="hi-IN"/>
        </w:rPr>
        <w:t>से</w:t>
      </w:r>
      <w:r>
        <w:t xml:space="preserve"> </w:t>
      </w:r>
      <w:r>
        <w:rPr>
          <w:rFonts w:cs="Arial Unicode MS"/>
          <w:cs/>
          <w:lang w:bidi="hi-IN"/>
        </w:rPr>
        <w:t>उद्धृत</w:t>
      </w:r>
      <w:r>
        <w:t xml:space="preserve"> </w:t>
      </w:r>
      <w:r>
        <w:rPr>
          <w:rFonts w:cs="Arial Unicode MS"/>
          <w:cs/>
          <w:lang w:bidi="hi-IN"/>
        </w:rPr>
        <w:t>किया</w:t>
      </w:r>
      <w:r>
        <w:t xml:space="preserve"> </w:t>
      </w:r>
      <w:r>
        <w:rPr>
          <w:rFonts w:cs="Arial Unicode MS"/>
          <w:cs/>
          <w:lang w:bidi="hi-IN"/>
        </w:rPr>
        <w:t>गया</w:t>
      </w:r>
      <w:r>
        <w:t xml:space="preserve"> </w:t>
      </w:r>
      <w:r>
        <w:rPr>
          <w:rFonts w:cs="Arial Unicode MS"/>
          <w:cs/>
          <w:lang w:bidi="hi-IN"/>
        </w:rPr>
        <w:t>है।</w:t>
      </w:r>
    </w:p>
    <w:p w:rsidR="003512F5" w:rsidRDefault="00C46DBA">
      <w:pPr>
        <w:rPr>
          <w:rFonts w:hint="eastAsia"/>
        </w:rPr>
      </w:pPr>
      <w:r>
        <w:rPr>
          <w:b/>
          <w:sz w:val="24"/>
        </w:rPr>
        <w:t xml:space="preserve">22. </w:t>
      </w:r>
      <w:r>
        <w:rPr>
          <w:rFonts w:cs="Arial Unicode MS"/>
          <w:b/>
          <w:bCs/>
          <w:sz w:val="24"/>
          <w:szCs w:val="24"/>
          <w:cs/>
          <w:lang w:bidi="hi-IN"/>
        </w:rPr>
        <w:t>शोध</w:t>
      </w:r>
      <w:r>
        <w:rPr>
          <w:b/>
          <w:sz w:val="24"/>
        </w:rPr>
        <w:t>-</w:t>
      </w:r>
      <w:r>
        <w:rPr>
          <w:rFonts w:cs="Arial Unicode MS"/>
          <w:b/>
          <w:bCs/>
          <w:sz w:val="24"/>
          <w:szCs w:val="24"/>
          <w:cs/>
          <w:lang w:bidi="hi-IN"/>
        </w:rPr>
        <w:t>पत्र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प्रस्तुत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करने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की</w:t>
      </w:r>
      <w:r>
        <w:rPr>
          <w:b/>
          <w:sz w:val="24"/>
        </w:rPr>
        <w:t xml:space="preserve"> </w:t>
      </w:r>
      <w:r>
        <w:rPr>
          <w:rFonts w:cs="Arial Unicode MS"/>
          <w:b/>
          <w:bCs/>
          <w:sz w:val="24"/>
          <w:szCs w:val="24"/>
          <w:cs/>
          <w:lang w:bidi="hi-IN"/>
        </w:rPr>
        <w:t>जाँच</w:t>
      </w:r>
      <w:r>
        <w:rPr>
          <w:b/>
          <w:sz w:val="24"/>
        </w:rPr>
        <w:t>-</w:t>
      </w:r>
      <w:r>
        <w:rPr>
          <w:rFonts w:cs="Arial Unicode MS"/>
          <w:b/>
          <w:bCs/>
          <w:sz w:val="24"/>
          <w:szCs w:val="24"/>
          <w:cs/>
          <w:lang w:bidi="hi-IN"/>
        </w:rPr>
        <w:t>सूची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शीर्षक</w:t>
      </w:r>
      <w:r>
        <w:t xml:space="preserve"> </w:t>
      </w:r>
      <w:r>
        <w:rPr>
          <w:rFonts w:cs="Arial Unicode MS"/>
          <w:cs/>
          <w:lang w:bidi="hi-IN"/>
        </w:rPr>
        <w:t>संक्षिप्त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शोध</w:t>
      </w:r>
      <w:r>
        <w:t xml:space="preserve"> </w:t>
      </w:r>
      <w:r>
        <w:rPr>
          <w:rFonts w:cs="Arial Unicode MS"/>
          <w:cs/>
          <w:lang w:bidi="hi-IN"/>
        </w:rPr>
        <w:t>विषय</w:t>
      </w:r>
      <w:r>
        <w:t xml:space="preserve"> </w:t>
      </w:r>
      <w:r>
        <w:rPr>
          <w:rFonts w:cs="Arial Unicode MS"/>
          <w:cs/>
          <w:lang w:bidi="hi-IN"/>
        </w:rPr>
        <w:t>को</w:t>
      </w:r>
      <w:r>
        <w:t xml:space="preserve"> </w:t>
      </w:r>
      <w:r>
        <w:rPr>
          <w:rFonts w:cs="Arial Unicode MS"/>
          <w:cs/>
          <w:lang w:bidi="hi-IN"/>
        </w:rPr>
        <w:t>स्पष्ट</w:t>
      </w:r>
      <w:r>
        <w:t xml:space="preserve"> </w:t>
      </w:r>
      <w:r>
        <w:rPr>
          <w:rFonts w:cs="Arial Unicode MS"/>
          <w:cs/>
          <w:lang w:bidi="hi-IN"/>
        </w:rPr>
        <w:t>रूप</w:t>
      </w:r>
      <w:r>
        <w:t xml:space="preserve"> </w:t>
      </w:r>
      <w:r>
        <w:rPr>
          <w:rFonts w:cs="Arial Unicode MS"/>
          <w:cs/>
          <w:lang w:bidi="hi-IN"/>
        </w:rPr>
        <w:t>से</w:t>
      </w:r>
      <w:r>
        <w:t xml:space="preserve"> </w:t>
      </w:r>
      <w:r>
        <w:rPr>
          <w:rFonts w:cs="Arial Unicode MS"/>
          <w:cs/>
          <w:lang w:bidi="hi-IN"/>
        </w:rPr>
        <w:t>दर्शाता</w:t>
      </w:r>
      <w:r>
        <w:t xml:space="preserve"> </w:t>
      </w:r>
      <w:r>
        <w:rPr>
          <w:rFonts w:cs="Arial Unicode MS"/>
          <w:cs/>
          <w:lang w:bidi="hi-IN"/>
        </w:rPr>
        <w:t>है।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लेखक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नाम</w:t>
      </w:r>
      <w:r>
        <w:t xml:space="preserve">, </w:t>
      </w:r>
      <w:r>
        <w:rPr>
          <w:rFonts w:cs="Arial Unicode MS"/>
          <w:cs/>
          <w:lang w:bidi="hi-IN"/>
        </w:rPr>
        <w:t>संस्थागत</w:t>
      </w:r>
      <w:r>
        <w:t xml:space="preserve"> </w:t>
      </w:r>
      <w:r>
        <w:rPr>
          <w:rFonts w:cs="Arial Unicode MS"/>
          <w:cs/>
          <w:lang w:bidi="hi-IN"/>
        </w:rPr>
        <w:t>संबद्धता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पत्राचार</w:t>
      </w:r>
      <w:r>
        <w:t xml:space="preserve"> </w:t>
      </w:r>
      <w:r>
        <w:rPr>
          <w:rFonts w:cs="Arial Unicode MS"/>
          <w:cs/>
          <w:lang w:bidi="hi-IN"/>
        </w:rPr>
        <w:t>लेखक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विवरण</w:t>
      </w:r>
      <w:r>
        <w:t xml:space="preserve"> </w:t>
      </w:r>
      <w:r>
        <w:rPr>
          <w:rFonts w:cs="Arial Unicode MS"/>
          <w:cs/>
          <w:lang w:bidi="hi-IN"/>
        </w:rPr>
        <w:t>पूर्ण</w:t>
      </w:r>
      <w:r>
        <w:t xml:space="preserve"> </w:t>
      </w:r>
      <w:r>
        <w:rPr>
          <w:rFonts w:cs="Arial Unicode MS"/>
          <w:cs/>
          <w:lang w:bidi="hi-IN"/>
        </w:rPr>
        <w:t>है।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सारांश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प्रमुख</w:t>
      </w:r>
      <w:r>
        <w:t xml:space="preserve"> </w:t>
      </w:r>
      <w:r>
        <w:rPr>
          <w:rFonts w:cs="Arial Unicode MS"/>
          <w:cs/>
          <w:lang w:bidi="hi-IN"/>
        </w:rPr>
        <w:t>शब्द</w:t>
      </w:r>
      <w:r>
        <w:t xml:space="preserve"> </w:t>
      </w:r>
      <w:r>
        <w:rPr>
          <w:rFonts w:cs="Arial Unicode MS"/>
          <w:cs/>
          <w:lang w:bidi="hi-IN"/>
        </w:rPr>
        <w:t>शामिल</w:t>
      </w:r>
      <w:r>
        <w:t xml:space="preserve"> </w:t>
      </w:r>
      <w:r>
        <w:rPr>
          <w:rFonts w:cs="Arial Unicode MS"/>
          <w:cs/>
          <w:lang w:bidi="hi-IN"/>
        </w:rPr>
        <w:t>किए</w:t>
      </w:r>
      <w:r>
        <w:t xml:space="preserve"> </w:t>
      </w:r>
      <w:r>
        <w:rPr>
          <w:rFonts w:cs="Arial Unicode MS"/>
          <w:cs/>
          <w:lang w:bidi="hi-IN"/>
        </w:rPr>
        <w:t>गए</w:t>
      </w:r>
      <w:r>
        <w:t xml:space="preserve"> </w:t>
      </w:r>
      <w:r>
        <w:rPr>
          <w:rFonts w:cs="Arial Unicode MS"/>
          <w:cs/>
          <w:lang w:bidi="hi-IN"/>
        </w:rPr>
        <w:t>हैं।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मुख्य</w:t>
      </w:r>
      <w:r>
        <w:t xml:space="preserve"> </w:t>
      </w:r>
      <w:r>
        <w:rPr>
          <w:rFonts w:cs="Arial Unicode MS"/>
          <w:cs/>
          <w:lang w:bidi="hi-IN"/>
        </w:rPr>
        <w:t>पाठ</w:t>
      </w:r>
      <w:r>
        <w:t xml:space="preserve"> </w:t>
      </w:r>
      <w:r>
        <w:rPr>
          <w:rFonts w:cs="Arial Unicode MS"/>
          <w:cs/>
          <w:lang w:bidi="hi-IN"/>
        </w:rPr>
        <w:t>निर्धारित</w:t>
      </w:r>
      <w:r>
        <w:t xml:space="preserve"> </w:t>
      </w:r>
      <w:r>
        <w:rPr>
          <w:rFonts w:cs="Arial Unicode MS"/>
          <w:cs/>
          <w:lang w:bidi="hi-IN"/>
        </w:rPr>
        <w:t>अनुभागों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अनुसार</w:t>
      </w:r>
      <w:r>
        <w:t xml:space="preserve"> </w:t>
      </w:r>
      <w:r>
        <w:rPr>
          <w:rFonts w:cs="Arial Unicode MS"/>
          <w:cs/>
          <w:lang w:bidi="hi-IN"/>
        </w:rPr>
        <w:t>व्यवस्थित</w:t>
      </w:r>
      <w:r>
        <w:t xml:space="preserve"> </w:t>
      </w:r>
      <w:r>
        <w:rPr>
          <w:rFonts w:cs="Arial Unicode MS"/>
          <w:cs/>
          <w:lang w:bidi="hi-IN"/>
        </w:rPr>
        <w:t>है।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सारणी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चित्र</w:t>
      </w:r>
      <w:r>
        <w:t xml:space="preserve"> </w:t>
      </w:r>
      <w:r>
        <w:rPr>
          <w:rFonts w:cs="Arial Unicode MS"/>
          <w:cs/>
          <w:lang w:bidi="hi-IN"/>
        </w:rPr>
        <w:t>क्रमांकित</w:t>
      </w:r>
      <w:r>
        <w:t xml:space="preserve"> </w:t>
      </w:r>
      <w:r>
        <w:rPr>
          <w:rFonts w:cs="Arial Unicode MS"/>
          <w:cs/>
          <w:lang w:bidi="hi-IN"/>
        </w:rPr>
        <w:t>तथा</w:t>
      </w:r>
      <w:r>
        <w:t xml:space="preserve"> </w:t>
      </w:r>
      <w:r>
        <w:rPr>
          <w:rFonts w:cs="Arial Unicode MS"/>
          <w:cs/>
          <w:lang w:bidi="hi-IN"/>
        </w:rPr>
        <w:t>शीर्षकयुक्त</w:t>
      </w:r>
      <w:r>
        <w:t xml:space="preserve"> </w:t>
      </w:r>
      <w:r>
        <w:rPr>
          <w:rFonts w:cs="Arial Unicode MS"/>
          <w:cs/>
          <w:lang w:bidi="hi-IN"/>
        </w:rPr>
        <w:t>हैं।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अंतःपाठीय</w:t>
      </w:r>
      <w:r>
        <w:t xml:space="preserve"> </w:t>
      </w:r>
      <w:r>
        <w:rPr>
          <w:rFonts w:cs="Arial Unicode MS"/>
          <w:cs/>
          <w:lang w:bidi="hi-IN"/>
        </w:rPr>
        <w:t>उद्धरण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संदर्भ</w:t>
      </w:r>
      <w:r>
        <w:t xml:space="preserve"> APA 7th edition </w:t>
      </w:r>
      <w:r>
        <w:rPr>
          <w:rFonts w:cs="Arial Unicode MS"/>
          <w:cs/>
          <w:lang w:bidi="hi-IN"/>
        </w:rPr>
        <w:t>शैली</w:t>
      </w:r>
      <w:r>
        <w:t xml:space="preserve"> </w:t>
      </w:r>
      <w:r>
        <w:rPr>
          <w:rFonts w:cs="Arial Unicode MS"/>
          <w:cs/>
          <w:lang w:bidi="hi-IN"/>
        </w:rPr>
        <w:t>में</w:t>
      </w:r>
      <w:r>
        <w:t xml:space="preserve"> </w:t>
      </w:r>
      <w:r>
        <w:rPr>
          <w:rFonts w:cs="Arial Unicode MS"/>
          <w:cs/>
          <w:lang w:bidi="hi-IN"/>
        </w:rPr>
        <w:t>हैं।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मौलिकता</w:t>
      </w:r>
      <w:r>
        <w:t>/</w:t>
      </w:r>
      <w:r>
        <w:rPr>
          <w:rFonts w:cs="Arial Unicode MS"/>
          <w:cs/>
          <w:lang w:bidi="hi-IN"/>
        </w:rPr>
        <w:t>समानता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जाँच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गई</w:t>
      </w:r>
      <w:r>
        <w:t xml:space="preserve"> </w:t>
      </w:r>
      <w:r>
        <w:rPr>
          <w:rFonts w:cs="Arial Unicode MS"/>
          <w:cs/>
          <w:lang w:bidi="hi-IN"/>
        </w:rPr>
        <w:t>है।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जहाँ</w:t>
      </w:r>
      <w:r>
        <w:t xml:space="preserve"> </w:t>
      </w:r>
      <w:r>
        <w:rPr>
          <w:rFonts w:cs="Arial Unicode MS"/>
          <w:cs/>
          <w:lang w:bidi="hi-IN"/>
        </w:rPr>
        <w:t>आवश्यक</w:t>
      </w:r>
      <w:r>
        <w:t xml:space="preserve"> </w:t>
      </w:r>
      <w:r>
        <w:rPr>
          <w:rFonts w:cs="Arial Unicode MS"/>
          <w:cs/>
          <w:lang w:bidi="hi-IN"/>
        </w:rPr>
        <w:t>हो</w:t>
      </w:r>
      <w:r>
        <w:t xml:space="preserve">, </w:t>
      </w:r>
      <w:r>
        <w:rPr>
          <w:rFonts w:cs="Arial Unicode MS"/>
          <w:cs/>
          <w:lang w:bidi="hi-IN"/>
        </w:rPr>
        <w:t>नैतिक</w:t>
      </w:r>
      <w:r>
        <w:t xml:space="preserve"> </w:t>
      </w:r>
      <w:r>
        <w:rPr>
          <w:rFonts w:cs="Arial Unicode MS"/>
          <w:cs/>
          <w:lang w:bidi="hi-IN"/>
        </w:rPr>
        <w:t>स्वीकृति</w:t>
      </w:r>
      <w:r>
        <w:t>/</w:t>
      </w:r>
      <w:r>
        <w:rPr>
          <w:rFonts w:cs="Arial Unicode MS"/>
          <w:cs/>
          <w:lang w:bidi="hi-IN"/>
        </w:rPr>
        <w:t>सहमति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उल्लेख</w:t>
      </w:r>
      <w:r>
        <w:t xml:space="preserve"> </w:t>
      </w:r>
      <w:r>
        <w:rPr>
          <w:rFonts w:cs="Arial Unicode MS"/>
          <w:cs/>
          <w:lang w:bidi="hi-IN"/>
        </w:rPr>
        <w:t>किया</w:t>
      </w:r>
      <w:r>
        <w:t xml:space="preserve"> </w:t>
      </w:r>
      <w:r>
        <w:rPr>
          <w:rFonts w:cs="Arial Unicode MS"/>
          <w:cs/>
          <w:lang w:bidi="hi-IN"/>
        </w:rPr>
        <w:t>गया</w:t>
      </w:r>
      <w:r>
        <w:t xml:space="preserve"> </w:t>
      </w:r>
      <w:r>
        <w:rPr>
          <w:rFonts w:cs="Arial Unicode MS"/>
          <w:cs/>
          <w:lang w:bidi="hi-IN"/>
        </w:rPr>
        <w:t>है।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हितों</w:t>
      </w:r>
      <w:r>
        <w:t xml:space="preserve"> </w:t>
      </w:r>
      <w:r>
        <w:rPr>
          <w:rFonts w:cs="Arial Unicode MS"/>
          <w:cs/>
          <w:lang w:bidi="hi-IN"/>
        </w:rPr>
        <w:t>के</w:t>
      </w:r>
      <w:r>
        <w:t xml:space="preserve"> </w:t>
      </w:r>
      <w:r>
        <w:rPr>
          <w:rFonts w:cs="Arial Unicode MS"/>
          <w:cs/>
          <w:lang w:bidi="hi-IN"/>
        </w:rPr>
        <w:t>टकराव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वित्तीय</w:t>
      </w:r>
      <w:r>
        <w:t xml:space="preserve"> </w:t>
      </w:r>
      <w:r>
        <w:rPr>
          <w:rFonts w:cs="Arial Unicode MS"/>
          <w:cs/>
          <w:lang w:bidi="hi-IN"/>
        </w:rPr>
        <w:t>सहायता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विवरण</w:t>
      </w:r>
      <w:r>
        <w:t xml:space="preserve"> </w:t>
      </w:r>
      <w:r>
        <w:rPr>
          <w:rFonts w:cs="Arial Unicode MS"/>
          <w:cs/>
          <w:lang w:bidi="hi-IN"/>
        </w:rPr>
        <w:t>दिया</w:t>
      </w:r>
      <w:r>
        <w:t xml:space="preserve"> </w:t>
      </w:r>
      <w:r>
        <w:rPr>
          <w:rFonts w:cs="Arial Unicode MS"/>
          <w:cs/>
          <w:lang w:bidi="hi-IN"/>
        </w:rPr>
        <w:t>गया</w:t>
      </w:r>
      <w:r>
        <w:t xml:space="preserve"> </w:t>
      </w:r>
      <w:r>
        <w:rPr>
          <w:rFonts w:cs="Arial Unicode MS"/>
          <w:cs/>
          <w:lang w:bidi="hi-IN"/>
        </w:rPr>
        <w:t>है।</w:t>
      </w:r>
    </w:p>
    <w:p w:rsidR="003512F5" w:rsidRDefault="00C46DBA">
      <w:pPr>
        <w:ind w:left="288"/>
        <w:rPr>
          <w:rFonts w:hint="eastAsia"/>
        </w:rPr>
      </w:pPr>
      <w:r>
        <w:t xml:space="preserve">☐ </w:t>
      </w:r>
      <w:r>
        <w:rPr>
          <w:rFonts w:cs="Arial Unicode MS"/>
          <w:cs/>
          <w:lang w:bidi="hi-IN"/>
        </w:rPr>
        <w:t>पांडुलिपि</w:t>
      </w:r>
      <w:r>
        <w:t xml:space="preserve"> </w:t>
      </w:r>
      <w:r>
        <w:rPr>
          <w:rFonts w:cs="Arial Unicode MS"/>
          <w:cs/>
          <w:lang w:bidi="hi-IN"/>
        </w:rPr>
        <w:t>की</w:t>
      </w:r>
      <w:r>
        <w:t xml:space="preserve"> </w:t>
      </w:r>
      <w:r>
        <w:rPr>
          <w:rFonts w:cs="Arial Unicode MS"/>
          <w:cs/>
          <w:lang w:bidi="hi-IN"/>
        </w:rPr>
        <w:t>भाषा</w:t>
      </w:r>
      <w:r>
        <w:t xml:space="preserve"> </w:t>
      </w:r>
      <w:r>
        <w:rPr>
          <w:rFonts w:cs="Arial Unicode MS"/>
          <w:cs/>
          <w:lang w:bidi="hi-IN"/>
        </w:rPr>
        <w:t>एवं</w:t>
      </w:r>
      <w:r>
        <w:t xml:space="preserve"> </w:t>
      </w:r>
      <w:r>
        <w:rPr>
          <w:rFonts w:cs="Arial Unicode MS"/>
          <w:cs/>
          <w:lang w:bidi="hi-IN"/>
        </w:rPr>
        <w:t>प्रारूप</w:t>
      </w:r>
      <w:r>
        <w:t xml:space="preserve"> </w:t>
      </w:r>
      <w:r>
        <w:rPr>
          <w:rFonts w:cs="Arial Unicode MS"/>
          <w:cs/>
          <w:lang w:bidi="hi-IN"/>
        </w:rPr>
        <w:t>का</w:t>
      </w:r>
      <w:r>
        <w:t xml:space="preserve"> </w:t>
      </w:r>
      <w:r>
        <w:rPr>
          <w:rFonts w:cs="Arial Unicode MS"/>
          <w:cs/>
          <w:lang w:bidi="hi-IN"/>
        </w:rPr>
        <w:t>अंतिम</w:t>
      </w:r>
      <w:r>
        <w:t xml:space="preserve"> </w:t>
      </w:r>
      <w:r>
        <w:rPr>
          <w:rFonts w:cs="Arial Unicode MS"/>
          <w:cs/>
          <w:lang w:bidi="hi-IN"/>
        </w:rPr>
        <w:t>प्रूफरीडिंग</w:t>
      </w:r>
      <w:r>
        <w:t xml:space="preserve"> </w:t>
      </w:r>
      <w:r>
        <w:rPr>
          <w:rFonts w:cs="Arial Unicode MS"/>
          <w:cs/>
          <w:lang w:bidi="hi-IN"/>
        </w:rPr>
        <w:t>किया</w:t>
      </w:r>
      <w:r>
        <w:t xml:space="preserve"> </w:t>
      </w:r>
      <w:r>
        <w:rPr>
          <w:rFonts w:cs="Arial Unicode MS"/>
          <w:cs/>
          <w:lang w:bidi="hi-IN"/>
        </w:rPr>
        <w:t>गया</w:t>
      </w:r>
      <w:r>
        <w:t xml:space="preserve"> </w:t>
      </w:r>
      <w:r>
        <w:rPr>
          <w:rFonts w:cs="Arial Unicode MS"/>
          <w:cs/>
          <w:lang w:bidi="hi-IN"/>
        </w:rPr>
        <w:t>है।</w:t>
      </w: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7F1570" w:rsidRDefault="007F1570">
      <w:pPr>
        <w:jc w:val="center"/>
        <w:rPr>
          <w:rFonts w:cs="Arial Unicode MS" w:hint="eastAsia"/>
          <w:b/>
          <w:bCs/>
          <w:sz w:val="20"/>
          <w:szCs w:val="20"/>
          <w:lang w:bidi="hi-IN"/>
        </w:rPr>
      </w:pPr>
    </w:p>
    <w:p w:rsidR="003512F5" w:rsidRDefault="00C46DBA">
      <w:pPr>
        <w:jc w:val="center"/>
        <w:rPr>
          <w:rFonts w:hint="eastAsia"/>
        </w:rPr>
      </w:pPr>
      <w:r>
        <w:rPr>
          <w:rFonts w:cs="Arial Unicode MS"/>
          <w:b/>
          <w:bCs/>
          <w:sz w:val="20"/>
          <w:szCs w:val="20"/>
          <w:cs/>
          <w:lang w:bidi="hi-IN"/>
        </w:rPr>
        <w:t>शोध</w:t>
      </w:r>
      <w:r>
        <w:rPr>
          <w:b/>
          <w:sz w:val="20"/>
        </w:rPr>
        <w:t>-</w:t>
      </w:r>
      <w:r>
        <w:rPr>
          <w:rFonts w:cs="Arial Unicode MS"/>
          <w:b/>
          <w:bCs/>
          <w:sz w:val="20"/>
          <w:szCs w:val="20"/>
          <w:cs/>
          <w:lang w:bidi="hi-IN"/>
        </w:rPr>
        <w:t>पत्र</w:t>
      </w:r>
      <w:r>
        <w:rPr>
          <w:b/>
          <w:sz w:val="20"/>
        </w:rPr>
        <w:t xml:space="preserve"> </w:t>
      </w:r>
      <w:r>
        <w:rPr>
          <w:rFonts w:cs="Arial Unicode MS"/>
          <w:b/>
          <w:bCs/>
          <w:sz w:val="20"/>
          <w:szCs w:val="20"/>
          <w:cs/>
          <w:lang w:bidi="hi-IN"/>
        </w:rPr>
        <w:t>प्रस्तुत</w:t>
      </w:r>
      <w:r>
        <w:rPr>
          <w:b/>
          <w:sz w:val="20"/>
        </w:rPr>
        <w:t xml:space="preserve"> </w:t>
      </w:r>
      <w:r>
        <w:rPr>
          <w:rFonts w:cs="Arial Unicode MS"/>
          <w:b/>
          <w:bCs/>
          <w:sz w:val="20"/>
          <w:szCs w:val="20"/>
          <w:cs/>
          <w:lang w:bidi="hi-IN"/>
        </w:rPr>
        <w:t>करने</w:t>
      </w:r>
      <w:r>
        <w:rPr>
          <w:b/>
          <w:sz w:val="20"/>
        </w:rPr>
        <w:t xml:space="preserve"> </w:t>
      </w:r>
      <w:r>
        <w:rPr>
          <w:rFonts w:cs="Arial Unicode MS"/>
          <w:b/>
          <w:bCs/>
          <w:sz w:val="20"/>
          <w:szCs w:val="20"/>
          <w:cs/>
          <w:lang w:bidi="hi-IN"/>
        </w:rPr>
        <w:t>हेतु</w:t>
      </w:r>
      <w:r>
        <w:rPr>
          <w:b/>
          <w:sz w:val="20"/>
        </w:rPr>
        <w:t>: https://a</w:t>
      </w:r>
      <w:r w:rsidR="007F1570">
        <w:rPr>
          <w:b/>
          <w:sz w:val="20"/>
        </w:rPr>
        <w:t>s</w:t>
      </w:r>
      <w:r>
        <w:rPr>
          <w:b/>
          <w:sz w:val="20"/>
        </w:rPr>
        <w:t>srj.in</w:t>
      </w:r>
    </w:p>
    <w:sectPr w:rsidR="003512F5" w:rsidSect="00034616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A50" w:rsidRDefault="008B6A5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8B6A50" w:rsidRDefault="008B6A5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2F5" w:rsidRDefault="00C46DBA">
    <w:pPr>
      <w:pStyle w:val="Footer"/>
      <w:jc w:val="center"/>
      <w:rPr>
        <w:rFonts w:hint="eastAsia"/>
      </w:rPr>
    </w:pPr>
    <w:r>
      <w:rPr>
        <w:sz w:val="16"/>
      </w:rPr>
      <w:t xml:space="preserve">ASSR HUMAN DEVELOPMENT • </w:t>
    </w:r>
    <w:r>
      <w:rPr>
        <w:rFonts w:cs="Arial Unicode MS"/>
        <w:sz w:val="16"/>
        <w:szCs w:val="16"/>
        <w:cs/>
        <w:lang w:bidi="hi-IN"/>
      </w:rPr>
      <w:t>शोध</w:t>
    </w:r>
    <w:r>
      <w:rPr>
        <w:sz w:val="16"/>
      </w:rPr>
      <w:t>-</w:t>
    </w:r>
    <w:r>
      <w:rPr>
        <w:rFonts w:cs="Arial Unicode MS"/>
        <w:sz w:val="16"/>
        <w:szCs w:val="16"/>
        <w:cs/>
        <w:lang w:bidi="hi-IN"/>
      </w:rPr>
      <w:t>पत्र</w:t>
    </w:r>
    <w:r>
      <w:rPr>
        <w:sz w:val="16"/>
      </w:rPr>
      <w:t xml:space="preserve"> </w:t>
    </w:r>
    <w:r>
      <w:rPr>
        <w:rFonts w:cs="Arial Unicode MS"/>
        <w:sz w:val="16"/>
        <w:szCs w:val="16"/>
        <w:cs/>
        <w:lang w:bidi="hi-IN"/>
      </w:rPr>
      <w:t>प्रारूप</w:t>
    </w:r>
    <w:r>
      <w:rPr>
        <w:sz w:val="16"/>
      </w:rPr>
      <w:t xml:space="preserve"> • https://asrj.in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A50" w:rsidRDefault="008B6A5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8B6A50" w:rsidRDefault="008B6A5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12F5" w:rsidRDefault="00C46DBA">
    <w:pPr>
      <w:pStyle w:val="Header"/>
      <w:jc w:val="center"/>
      <w:rPr>
        <w:rFonts w:hint="eastAsia"/>
      </w:rPr>
    </w:pPr>
    <w:r>
      <w:rPr>
        <w:rFonts w:ascii="Times New Roman" w:hAnsi="Times New Roman"/>
        <w:b/>
        <w:color w:val="17365D"/>
        <w:sz w:val="24"/>
      </w:rPr>
      <w:t>A JOURNAL OF ASSR HUMAN DEVELOPMENT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512F5"/>
    <w:rsid w:val="007F1570"/>
    <w:rsid w:val="008B6A50"/>
    <w:rsid w:val="00AA1D8D"/>
    <w:rsid w:val="00B05C7A"/>
    <w:rsid w:val="00B47730"/>
    <w:rsid w:val="00C46DB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EB33004-6EDD-4EA5-AE55-015DFFA3B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Noto Sans Devanagari" w:hAnsi="Noto Sans Devanaga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3D766C-620A-45ED-970F-38616B59F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RNIIT</cp:lastModifiedBy>
  <cp:revision>3</cp:revision>
  <dcterms:created xsi:type="dcterms:W3CDTF">2013-12-23T23:15:00Z</dcterms:created>
  <dcterms:modified xsi:type="dcterms:W3CDTF">2026-08-17T10:20:00Z</dcterms:modified>
  <cp:category/>
</cp:coreProperties>
</file>