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16C" w:rsidRDefault="003E626A">
      <w:pPr>
        <w:jc w:val="center"/>
      </w:pPr>
      <w:r>
        <w:rPr>
          <w:b/>
          <w:color w:val="17365D"/>
          <w:sz w:val="36"/>
        </w:rPr>
        <w:t>A JOURNAL OF ASSR HUMAN DEVELOPMENT</w:t>
      </w:r>
    </w:p>
    <w:p w:rsidR="00DB116C" w:rsidRDefault="003E626A">
      <w:pPr>
        <w:jc w:val="center"/>
      </w:pPr>
      <w:r>
        <w:rPr>
          <w:b/>
          <w:sz w:val="26"/>
        </w:rPr>
        <w:t>A Research Journal of Humanities &amp; Social Sciences</w:t>
      </w:r>
    </w:p>
    <w:p w:rsidR="00DB116C" w:rsidRDefault="003E626A">
      <w:pPr>
        <w:jc w:val="center"/>
      </w:pPr>
      <w:r>
        <w:rPr>
          <w:i/>
          <w:sz w:val="20"/>
        </w:rPr>
        <w:t>Peer Reviewed | Open Access | Multidisciplinary International Journal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DB116C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Journal Website</w:t>
            </w:r>
          </w:p>
        </w:tc>
        <w:tc>
          <w:tcPr>
            <w:tcW w:w="504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https://as</w:t>
            </w:r>
            <w:r w:rsidR="00911470">
              <w:rPr>
                <w:sz w:val="18"/>
              </w:rPr>
              <w:t>s</w:t>
            </w:r>
            <w:r>
              <w:rPr>
                <w:sz w:val="18"/>
              </w:rPr>
              <w:t>rj.in</w:t>
            </w:r>
          </w:p>
        </w:tc>
      </w:tr>
      <w:tr w:rsidR="00DB116C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Publisher</w:t>
            </w:r>
          </w:p>
        </w:tc>
        <w:tc>
          <w:tcPr>
            <w:tcW w:w="5040" w:type="dxa"/>
            <w:vAlign w:val="center"/>
          </w:tcPr>
          <w:p w:rsidR="00DB116C" w:rsidRPr="00F13327" w:rsidRDefault="00F13327" w:rsidP="00F13327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ASSRA.H.R.D. Foundation </w:t>
            </w:r>
          </w:p>
        </w:tc>
      </w:tr>
      <w:tr w:rsidR="00DB116C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Chief Editors</w:t>
            </w:r>
          </w:p>
        </w:tc>
        <w:tc>
          <w:tcPr>
            <w:tcW w:w="5040" w:type="dxa"/>
            <w:vAlign w:val="center"/>
          </w:tcPr>
          <w:p w:rsidR="00DB116C" w:rsidRDefault="003E626A" w:rsidP="00911470">
            <w:pPr>
              <w:jc w:val="center"/>
            </w:pPr>
            <w:r>
              <w:rPr>
                <w:sz w:val="18"/>
              </w:rPr>
              <w:t xml:space="preserve">Dr. </w:t>
            </w:r>
            <w:r w:rsidR="00911470">
              <w:rPr>
                <w:sz w:val="18"/>
              </w:rPr>
              <w:t>Ashutosh Vikram</w:t>
            </w:r>
          </w:p>
        </w:tc>
      </w:tr>
      <w:tr w:rsidR="00DB116C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Paper Type</w:t>
            </w:r>
          </w:p>
        </w:tc>
        <w:tc>
          <w:tcPr>
            <w:tcW w:w="504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Research Article / Review Article / Case Study</w:t>
            </w:r>
          </w:p>
        </w:tc>
      </w:tr>
    </w:tbl>
    <w:p w:rsidR="00DB116C" w:rsidRDefault="00DB116C"/>
    <w:p w:rsidR="00DB116C" w:rsidRDefault="003E626A">
      <w:pPr>
        <w:jc w:val="center"/>
      </w:pPr>
      <w:r>
        <w:rPr>
          <w:b/>
          <w:sz w:val="32"/>
        </w:rPr>
        <w:t>RESEARCH PAPER TEMPLATE</w:t>
      </w:r>
    </w:p>
    <w:p w:rsidR="00DB116C" w:rsidRDefault="003E626A">
      <w:pPr>
        <w:spacing w:before="160" w:after="60"/>
      </w:pPr>
      <w:r>
        <w:rPr>
          <w:b/>
          <w:sz w:val="24"/>
        </w:rPr>
        <w:t>1. PAPER TITLE</w:t>
      </w:r>
    </w:p>
    <w:p w:rsidR="00DB116C" w:rsidRDefault="003E626A">
      <w:pPr>
        <w:spacing w:after="120"/>
      </w:pPr>
      <w:r>
        <w:t>[Insert a concise, specific and informative title of the research paper]</w:t>
      </w:r>
    </w:p>
    <w:p w:rsidR="00DB116C" w:rsidRDefault="003E626A">
      <w:pPr>
        <w:spacing w:before="160" w:after="60"/>
      </w:pPr>
      <w:r>
        <w:rPr>
          <w:b/>
          <w:sz w:val="24"/>
        </w:rPr>
        <w:t>2. AUTHOR INFORMATION</w:t>
      </w:r>
      <w:bookmarkStart w:id="0" w:name="_GoBack"/>
      <w:bookmarkEnd w:id="0"/>
    </w:p>
    <w:p w:rsidR="00DB116C" w:rsidRDefault="003E626A">
      <w:pPr>
        <w:spacing w:after="120"/>
      </w:pPr>
      <w:r>
        <w:t>Author Name¹, Author Name²</w:t>
      </w:r>
      <w:r>
        <w:br/>
        <w:t>¹Department, Institution, City, State, Country</w:t>
      </w:r>
      <w:r>
        <w:br/>
        <w:t>²Department, Institution, City, State, Country</w:t>
      </w:r>
      <w:r>
        <w:br/>
        <w:t>Corresponding Author: [Name] | Email: [email address] | ORCID: [ORCID, if available]</w:t>
      </w:r>
    </w:p>
    <w:p w:rsidR="00DB116C" w:rsidRDefault="003E626A">
      <w:pPr>
        <w:spacing w:before="160" w:after="60"/>
      </w:pPr>
      <w:r>
        <w:rPr>
          <w:b/>
          <w:sz w:val="24"/>
        </w:rPr>
        <w:t>3. ABSTRACT</w:t>
      </w:r>
    </w:p>
    <w:p w:rsidR="00DB116C" w:rsidRDefault="003E626A">
      <w:pPr>
        <w:spacing w:after="120"/>
      </w:pPr>
      <w:r>
        <w:t>[Write a structured or unstructured abstract of approximately 150–250 words. Briefly state the background, objective, methodology, major findings and conclusion.]</w:t>
      </w:r>
    </w:p>
    <w:p w:rsidR="00DB116C" w:rsidRDefault="003E626A">
      <w:pPr>
        <w:spacing w:before="160" w:after="60"/>
      </w:pPr>
      <w:r>
        <w:rPr>
          <w:b/>
          <w:sz w:val="24"/>
        </w:rPr>
        <w:t>4. KEYWORDS</w:t>
      </w:r>
    </w:p>
    <w:p w:rsidR="00DB116C" w:rsidRDefault="003E626A">
      <w:pPr>
        <w:spacing w:after="120"/>
      </w:pPr>
      <w:r>
        <w:t>[Provide 4–6 keywords separated by commas.]</w:t>
      </w:r>
    </w:p>
    <w:p w:rsidR="00DB116C" w:rsidRDefault="003E626A">
      <w:pPr>
        <w:spacing w:before="160" w:after="60"/>
      </w:pPr>
      <w:r>
        <w:rPr>
          <w:b/>
          <w:sz w:val="24"/>
        </w:rPr>
        <w:t>5. INTRODUCTION</w:t>
      </w:r>
    </w:p>
    <w:p w:rsidR="00DB116C" w:rsidRDefault="003E626A">
      <w:pPr>
        <w:spacing w:after="120"/>
      </w:pPr>
      <w:r>
        <w:t>[Introduce the research problem, background, context, rationale and significance. Clearly establish the research gap and purpose of the study.]</w:t>
      </w:r>
    </w:p>
    <w:p w:rsidR="00DB116C" w:rsidRDefault="003E626A">
      <w:pPr>
        <w:spacing w:before="160" w:after="60"/>
      </w:pPr>
      <w:r>
        <w:rPr>
          <w:b/>
          <w:sz w:val="24"/>
        </w:rPr>
        <w:t>6. REVIEW OF LITERATURE</w:t>
      </w:r>
    </w:p>
    <w:p w:rsidR="00DB116C" w:rsidRDefault="003E626A">
      <w:pPr>
        <w:spacing w:after="120"/>
      </w:pPr>
      <w:r>
        <w:t>[Summarize relevant previous studies, theories, concepts and research gaps. Use recent and credible scholarly sources.]</w:t>
      </w:r>
    </w:p>
    <w:p w:rsidR="00DB116C" w:rsidRDefault="003E626A">
      <w:pPr>
        <w:spacing w:before="160" w:after="60"/>
      </w:pPr>
      <w:r>
        <w:rPr>
          <w:b/>
          <w:sz w:val="24"/>
        </w:rPr>
        <w:t>7. OBJECTIVES OF THE STUDY</w:t>
      </w:r>
    </w:p>
    <w:p w:rsidR="00DB116C" w:rsidRDefault="003E626A">
      <w:pPr>
        <w:spacing w:after="120"/>
      </w:pPr>
      <w:r>
        <w:t>1. [Objective 1]</w:t>
      </w:r>
      <w:r>
        <w:br/>
        <w:t>2. [Objective 2]</w:t>
      </w:r>
      <w:r>
        <w:br/>
        <w:t>3. [Objective 3]</w:t>
      </w:r>
    </w:p>
    <w:p w:rsidR="00DB116C" w:rsidRDefault="003E626A">
      <w:pPr>
        <w:spacing w:before="160" w:after="60"/>
      </w:pPr>
      <w:r>
        <w:rPr>
          <w:b/>
          <w:sz w:val="24"/>
        </w:rPr>
        <w:t>8. RESEARCH QUESTIONS / HYPOTHESES</w:t>
      </w:r>
    </w:p>
    <w:p w:rsidR="00DB116C" w:rsidRDefault="003E626A">
      <w:pPr>
        <w:spacing w:after="120"/>
      </w:pPr>
      <w:r>
        <w:t>[State research questions and/or hypotheses, where applicable.]</w:t>
      </w:r>
    </w:p>
    <w:p w:rsidR="00DB116C" w:rsidRDefault="003E626A">
      <w:pPr>
        <w:spacing w:before="160" w:after="60"/>
      </w:pPr>
      <w:r>
        <w:rPr>
          <w:b/>
          <w:sz w:val="24"/>
        </w:rPr>
        <w:t>9. RESEARCH METHODOLOGY</w:t>
      </w:r>
    </w:p>
    <w:p w:rsidR="00DB116C" w:rsidRDefault="003E626A">
      <w:pPr>
        <w:spacing w:after="120"/>
      </w:pPr>
      <w:r>
        <w:lastRenderedPageBreak/>
        <w:t>9.1 Research Design: [Insert]</w:t>
      </w:r>
      <w:r>
        <w:br/>
        <w:t>9.2 Population and Sample: [Insert]</w:t>
      </w:r>
      <w:r>
        <w:br/>
        <w:t>9.3 Sampling Technique: [Insert]</w:t>
      </w:r>
      <w:r>
        <w:br/>
        <w:t>9.4 Research Tools/Instrument: [Insert]</w:t>
      </w:r>
      <w:r>
        <w:br/>
        <w:t>9.5 Data Collection Procedure: [Insert]</w:t>
      </w:r>
      <w:r>
        <w:br/>
        <w:t>9.6 Data Analysis Techniques: [Insert]</w:t>
      </w:r>
      <w:r>
        <w:br/>
        <w:t>9.7 Ethical Considerations: [Insert]</w:t>
      </w:r>
    </w:p>
    <w:p w:rsidR="00DB116C" w:rsidRDefault="003E626A">
      <w:pPr>
        <w:spacing w:before="160" w:after="60"/>
      </w:pPr>
      <w:r>
        <w:rPr>
          <w:b/>
          <w:sz w:val="24"/>
        </w:rPr>
        <w:t>10. RESULTS / FINDINGS</w:t>
      </w:r>
    </w:p>
    <w:p w:rsidR="00DB116C" w:rsidRDefault="003E626A">
      <w:pPr>
        <w:spacing w:after="120"/>
      </w:pPr>
      <w:r>
        <w:t>[Present findings clearly. Use tables, figures and statistical results where appropriate.]</w:t>
      </w:r>
    </w:p>
    <w:p w:rsidR="00DB116C" w:rsidRDefault="003E626A">
      <w:pPr>
        <w:spacing w:before="160" w:after="60"/>
      </w:pPr>
      <w:r>
        <w:rPr>
          <w:b/>
          <w:sz w:val="24"/>
        </w:rPr>
        <w:t>11. DISCUSSION</w:t>
      </w:r>
    </w:p>
    <w:p w:rsidR="00DB116C" w:rsidRDefault="003E626A">
      <w:pPr>
        <w:spacing w:after="120"/>
      </w:pPr>
      <w:r>
        <w:t>[Interpret the findings, compare them with previous research, and explain their theoretical and practical significance.]</w:t>
      </w:r>
    </w:p>
    <w:p w:rsidR="00DB116C" w:rsidRDefault="003E626A">
      <w:pPr>
        <w:spacing w:before="160" w:after="60"/>
      </w:pPr>
      <w:r>
        <w:rPr>
          <w:b/>
          <w:sz w:val="24"/>
        </w:rPr>
        <w:t>12. EDUCATIONAL / PRACTICAL IMPLICATIONS</w:t>
      </w:r>
    </w:p>
    <w:p w:rsidR="00DB116C" w:rsidRDefault="003E626A">
      <w:pPr>
        <w:spacing w:after="120"/>
      </w:pPr>
      <w:r>
        <w:t>[Explain implications for education, policy, practice, institutions, researchers or other relevant stakeholders.]</w:t>
      </w:r>
    </w:p>
    <w:p w:rsidR="00DB116C" w:rsidRDefault="003E626A">
      <w:pPr>
        <w:spacing w:before="160" w:after="60"/>
      </w:pPr>
      <w:r>
        <w:rPr>
          <w:b/>
          <w:sz w:val="24"/>
        </w:rPr>
        <w:t>13. LIMITATIONS OF THE STUDY</w:t>
      </w:r>
    </w:p>
    <w:p w:rsidR="00DB116C" w:rsidRDefault="003E626A">
      <w:pPr>
        <w:spacing w:after="120"/>
      </w:pPr>
      <w:r>
        <w:t>[State the major limitations of the study honestly and concisely.]</w:t>
      </w:r>
    </w:p>
    <w:p w:rsidR="00DB116C" w:rsidRDefault="003E626A">
      <w:pPr>
        <w:spacing w:before="160" w:after="60"/>
      </w:pPr>
      <w:r>
        <w:rPr>
          <w:b/>
          <w:sz w:val="24"/>
        </w:rPr>
        <w:t>14. CONCLUSION</w:t>
      </w:r>
    </w:p>
    <w:p w:rsidR="00DB116C" w:rsidRDefault="003E626A">
      <w:pPr>
        <w:spacing w:after="120"/>
      </w:pPr>
      <w:r>
        <w:t>[Summarize the principal findings and their significance. Do not introduce new evidence.]</w:t>
      </w:r>
    </w:p>
    <w:p w:rsidR="00DB116C" w:rsidRDefault="003E626A">
      <w:pPr>
        <w:spacing w:before="160" w:after="60"/>
      </w:pPr>
      <w:r>
        <w:rPr>
          <w:b/>
          <w:sz w:val="24"/>
        </w:rPr>
        <w:t>15. RECOMMENDATIONS / SUGGESTIONS</w:t>
      </w:r>
    </w:p>
    <w:p w:rsidR="00DB116C" w:rsidRDefault="003E626A">
      <w:pPr>
        <w:spacing w:after="120"/>
      </w:pPr>
      <w:r>
        <w:t>[Provide practical and research-based recommendations.]</w:t>
      </w:r>
    </w:p>
    <w:p w:rsidR="00DB116C" w:rsidRDefault="003E626A">
      <w:pPr>
        <w:spacing w:before="160" w:after="60"/>
      </w:pPr>
      <w:r>
        <w:rPr>
          <w:b/>
          <w:sz w:val="24"/>
        </w:rPr>
        <w:t>16. ACKNOWLEDGEMENTS</w:t>
      </w:r>
    </w:p>
    <w:p w:rsidR="00DB116C" w:rsidRDefault="003E626A">
      <w:pPr>
        <w:spacing w:after="120"/>
      </w:pPr>
      <w:r>
        <w:t>[Optional: acknowledge individuals, institutions, funding bodies or other support.]</w:t>
      </w:r>
    </w:p>
    <w:p w:rsidR="00DB116C" w:rsidRDefault="003E626A">
      <w:pPr>
        <w:spacing w:before="160" w:after="60"/>
      </w:pPr>
      <w:r>
        <w:rPr>
          <w:b/>
          <w:sz w:val="24"/>
        </w:rPr>
        <w:t>17. CONFLICT OF INTEREST</w:t>
      </w:r>
    </w:p>
    <w:p w:rsidR="00DB116C" w:rsidRDefault="003E626A">
      <w:pPr>
        <w:spacing w:after="120"/>
      </w:pPr>
      <w:r>
        <w:t>The authors declare that there is no conflict of interest, unless otherwise stated.</w:t>
      </w:r>
    </w:p>
    <w:p w:rsidR="00DB116C" w:rsidRDefault="003E626A">
      <w:pPr>
        <w:spacing w:before="160" w:after="60"/>
      </w:pPr>
      <w:r>
        <w:rPr>
          <w:b/>
          <w:sz w:val="24"/>
        </w:rPr>
        <w:t>18. FUNDING</w:t>
      </w:r>
    </w:p>
    <w:p w:rsidR="00DB116C" w:rsidRDefault="003E626A">
      <w:pPr>
        <w:spacing w:after="120"/>
      </w:pPr>
      <w:r>
        <w:t>[State funding information. If there was no external funding, write: “This research received no external funding.”]</w:t>
      </w:r>
    </w:p>
    <w:p w:rsidR="00DB116C" w:rsidRDefault="003E626A">
      <w:pPr>
        <w:spacing w:before="160" w:after="60"/>
      </w:pPr>
      <w:r>
        <w:rPr>
          <w:b/>
          <w:sz w:val="24"/>
        </w:rPr>
        <w:t>19. REFERENCES</w:t>
      </w:r>
    </w:p>
    <w:p w:rsidR="00DB116C" w:rsidRDefault="003E626A">
      <w:pPr>
        <w:spacing w:after="120"/>
      </w:pPr>
      <w:r>
        <w:t>[List all sources cited in the manuscript using APA 7th edition style. Ensure every in-text citation appears in the reference list and vice versa.]</w:t>
      </w:r>
    </w:p>
    <w:p w:rsidR="00DB116C" w:rsidRDefault="003E626A">
      <w:r>
        <w:rPr>
          <w:b/>
          <w:sz w:val="24"/>
        </w:rPr>
        <w:t>20. TABLE / FIGURE FORMAT</w:t>
      </w:r>
    </w:p>
    <w:p w:rsidR="00DB116C" w:rsidRDefault="003E626A">
      <w:pPr>
        <w:jc w:val="center"/>
      </w:pPr>
      <w:r>
        <w:t>Table 1. [Insert descriptive title]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DB116C">
        <w:trPr>
          <w:jc w:val="center"/>
        </w:trPr>
        <w:tc>
          <w:tcPr>
            <w:tcW w:w="252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Variable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Category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Frequency (n)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DB116C" w:rsidRDefault="003E626A">
            <w:pPr>
              <w:jc w:val="center"/>
            </w:pPr>
            <w:r>
              <w:rPr>
                <w:b/>
                <w:color w:val="FFFFFF"/>
                <w:sz w:val="18"/>
              </w:rPr>
              <w:t>Percentage (%)</w:t>
            </w:r>
          </w:p>
        </w:tc>
      </w:tr>
      <w:tr w:rsidR="00DB116C">
        <w:trPr>
          <w:jc w:val="center"/>
        </w:trPr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[Variable]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[Category]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[n]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[%]</w:t>
            </w:r>
          </w:p>
        </w:tc>
      </w:tr>
      <w:tr w:rsidR="00DB116C">
        <w:trPr>
          <w:jc w:val="center"/>
        </w:trPr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[Variable]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[Category]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[n]</w:t>
            </w:r>
          </w:p>
        </w:tc>
        <w:tc>
          <w:tcPr>
            <w:tcW w:w="2520" w:type="dxa"/>
            <w:vAlign w:val="center"/>
          </w:tcPr>
          <w:p w:rsidR="00DB116C" w:rsidRDefault="003E626A">
            <w:pPr>
              <w:jc w:val="center"/>
            </w:pPr>
            <w:r>
              <w:rPr>
                <w:sz w:val="18"/>
              </w:rPr>
              <w:t>[%]</w:t>
            </w:r>
          </w:p>
        </w:tc>
      </w:tr>
    </w:tbl>
    <w:p w:rsidR="00DB116C" w:rsidRDefault="00DB116C"/>
    <w:p w:rsidR="00DB116C" w:rsidRDefault="003E626A">
      <w:r>
        <w:rPr>
          <w:b/>
          <w:sz w:val="24"/>
        </w:rPr>
        <w:lastRenderedPageBreak/>
        <w:t>21. AUTHOR DECLARATION</w:t>
      </w:r>
    </w:p>
    <w:p w:rsidR="00DB116C" w:rsidRDefault="003E626A">
      <w:r>
        <w:t>The authors confirm that the manuscript is original, has not been published elsewhere, and has not been simultaneously submitted to another journal. All sources have been appropriately acknowledged.</w:t>
      </w:r>
    </w:p>
    <w:p w:rsidR="00DB116C" w:rsidRDefault="003E626A">
      <w:r>
        <w:rPr>
          <w:b/>
          <w:sz w:val="24"/>
        </w:rPr>
        <w:t>22. MANUSCRIPT SUBMISSION CHECKLIST</w:t>
      </w:r>
    </w:p>
    <w:p w:rsidR="00DB116C" w:rsidRDefault="003E626A">
      <w:pPr>
        <w:ind w:left="360"/>
      </w:pPr>
      <w:r>
        <w:t>Title is concise and clearly reflects the study.</w:t>
      </w:r>
    </w:p>
    <w:p w:rsidR="00DB116C" w:rsidRDefault="003E626A">
      <w:pPr>
        <w:ind w:left="360"/>
      </w:pPr>
      <w:r>
        <w:t>Author names, affiliations and corresponding-author details are complete.</w:t>
      </w:r>
    </w:p>
    <w:p w:rsidR="00DB116C" w:rsidRDefault="003E626A">
      <w:pPr>
        <w:ind w:left="360"/>
      </w:pPr>
      <w:r>
        <w:t>Abstract and keywords are included.</w:t>
      </w:r>
    </w:p>
    <w:p w:rsidR="00DB116C" w:rsidRDefault="003E626A">
      <w:pPr>
        <w:ind w:left="360"/>
      </w:pPr>
      <w:r>
        <w:t>Main text follows the prescribed section structure.</w:t>
      </w:r>
    </w:p>
    <w:p w:rsidR="00DB116C" w:rsidRDefault="003E626A">
      <w:pPr>
        <w:ind w:left="360"/>
      </w:pPr>
      <w:r>
        <w:t>Tables and figures are numbered and titled.</w:t>
      </w:r>
    </w:p>
    <w:p w:rsidR="00DB116C" w:rsidRDefault="003E626A">
      <w:pPr>
        <w:ind w:left="360"/>
      </w:pPr>
      <w:r>
        <w:t>In-text citations and references follow APA 7th edition style.</w:t>
      </w:r>
    </w:p>
    <w:p w:rsidR="00DB116C" w:rsidRDefault="003E626A">
      <w:pPr>
        <w:ind w:left="360"/>
      </w:pPr>
      <w:r>
        <w:t>Plagiarism/self-overlap has been checked and the manuscript is original.</w:t>
      </w:r>
    </w:p>
    <w:p w:rsidR="00DB116C" w:rsidRDefault="003E626A">
      <w:pPr>
        <w:ind w:left="360"/>
      </w:pPr>
      <w:r>
        <w:t>Ethical approval/consent is stated where applicable.</w:t>
      </w:r>
    </w:p>
    <w:p w:rsidR="00DB116C" w:rsidRDefault="003E626A">
      <w:pPr>
        <w:ind w:left="360"/>
      </w:pPr>
      <w:r>
        <w:t>Conflict of interest and funding statements are included.</w:t>
      </w:r>
    </w:p>
    <w:p w:rsidR="00DB116C" w:rsidRDefault="003E626A">
      <w:pPr>
        <w:ind w:left="360"/>
      </w:pPr>
      <w:r>
        <w:t>Manuscript has been proofread for language and formatting.</w:t>
      </w: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911470" w:rsidRDefault="00911470">
      <w:pPr>
        <w:jc w:val="center"/>
        <w:rPr>
          <w:b/>
          <w:sz w:val="20"/>
        </w:rPr>
      </w:pPr>
    </w:p>
    <w:p w:rsidR="00DB116C" w:rsidRDefault="003E626A">
      <w:pPr>
        <w:jc w:val="center"/>
      </w:pPr>
      <w:r>
        <w:rPr>
          <w:b/>
          <w:sz w:val="20"/>
        </w:rPr>
        <w:t>Submission: https://as</w:t>
      </w:r>
      <w:r w:rsidR="00911470">
        <w:rPr>
          <w:b/>
          <w:sz w:val="20"/>
        </w:rPr>
        <w:t>s</w:t>
      </w:r>
      <w:r>
        <w:rPr>
          <w:b/>
          <w:sz w:val="20"/>
        </w:rPr>
        <w:t>rj.in</w:t>
      </w:r>
    </w:p>
    <w:sectPr w:rsidR="00DB116C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A51" w:rsidRDefault="00575A51">
      <w:pPr>
        <w:spacing w:after="0" w:line="240" w:lineRule="auto"/>
      </w:pPr>
      <w:r>
        <w:separator/>
      </w:r>
    </w:p>
  </w:endnote>
  <w:endnote w:type="continuationSeparator" w:id="0">
    <w:p w:rsidR="00575A51" w:rsidRDefault="00575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16C" w:rsidRDefault="003E626A">
    <w:pPr>
      <w:pStyle w:val="Footer"/>
      <w:jc w:val="center"/>
    </w:pPr>
    <w:r>
      <w:rPr>
        <w:sz w:val="16"/>
      </w:rPr>
      <w:t>ASSR HUMAN DEVELOPMENT • Research Paper Template • https://asrj.in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A51" w:rsidRDefault="00575A51">
      <w:pPr>
        <w:spacing w:after="0" w:line="240" w:lineRule="auto"/>
      </w:pPr>
      <w:r>
        <w:separator/>
      </w:r>
    </w:p>
  </w:footnote>
  <w:footnote w:type="continuationSeparator" w:id="0">
    <w:p w:rsidR="00575A51" w:rsidRDefault="00575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16C" w:rsidRDefault="003E626A">
    <w:pPr>
      <w:pStyle w:val="Header"/>
      <w:jc w:val="center"/>
    </w:pPr>
    <w:r>
      <w:rPr>
        <w:b/>
        <w:color w:val="17365D"/>
        <w:sz w:val="24"/>
      </w:rPr>
      <w:t>A JOURNAL OF ASSR HUMAN DEVELOPMENT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626A"/>
    <w:rsid w:val="00575A51"/>
    <w:rsid w:val="00911470"/>
    <w:rsid w:val="00AA1D8D"/>
    <w:rsid w:val="00B47730"/>
    <w:rsid w:val="00CB0664"/>
    <w:rsid w:val="00DB116C"/>
    <w:rsid w:val="00F133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F3A1742-ED47-4AB7-8A2C-2165CC0A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FD51B5-FB2B-4B7E-817A-049194B4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RNIIT</cp:lastModifiedBy>
  <cp:revision>3</cp:revision>
  <dcterms:created xsi:type="dcterms:W3CDTF">2013-12-23T23:15:00Z</dcterms:created>
  <dcterms:modified xsi:type="dcterms:W3CDTF">2026-08-17T10:19:00Z</dcterms:modified>
  <cp:category/>
</cp:coreProperties>
</file>